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360"/>
        <w:jc w:val="right"/>
      </w:pPr>
      <w:r>
        <w:drawing>
          <wp:inline xmlns:a="http://schemas.openxmlformats.org/drawingml/2006/main" xmlns:pic="http://schemas.openxmlformats.org/drawingml/2006/picture">
            <wp:extent cx="2880000" cy="1322094"/>
            <wp:docPr id="1" name="Picture 1"/>
            <wp:cNvGraphicFramePr>
              <a:graphicFrameLocks noChangeAspect="1"/>
            </wp:cNvGraphicFramePr>
            <a:graphic>
              <a:graphicData uri="http://schemas.openxmlformats.org/drawingml/2006/picture">
                <pic:pic>
                  <pic:nvPicPr>
                    <pic:cNvPr id="0" name="glava_bled.png"/>
                    <pic:cNvPicPr/>
                  </pic:nvPicPr>
                  <pic:blipFill>
                    <a:blip r:embed="rId9"/>
                    <a:stretch>
                      <a:fillRect/>
                    </a:stretch>
                  </pic:blipFill>
                  <pic:spPr>
                    <a:xfrm>
                      <a:off x="0" y="0"/>
                      <a:ext cx="2880000" cy="1322094"/>
                    </a:xfrm>
                    <a:prstGeom prst="rect"/>
                  </pic:spPr>
                </pic:pic>
              </a:graphicData>
            </a:graphic>
          </wp:inline>
        </w:drawing>
      </w:r>
    </w:p>
    <w:p>
      <w:pPr>
        <w:spacing w:after="40" w:before="0"/>
        <w:jc w:val="center"/>
      </w:pPr>
      <w:r>
        <w:rPr>
          <w:rFonts w:ascii="Cambria" w:hAnsi="Cambria"/>
          <w:b/>
          <w:i w:val="0"/>
          <w:sz w:val="24"/>
        </w:rPr>
        <w:t>VLOGA ZA IZDAJO DOVOLJENJA ZA UPORABO PARKIRNIH MEST</w:t>
      </w:r>
    </w:p>
    <w:p>
      <w:pPr>
        <w:spacing w:after="400" w:before="0"/>
        <w:jc w:val="center"/>
      </w:pPr>
      <w:r>
        <w:rPr>
          <w:rFonts w:ascii="Cambria" w:hAnsi="Cambria"/>
          <w:b w:val="0"/>
          <w:i/>
          <w:sz w:val="19"/>
        </w:rPr>
        <w:t>(45. člen Odloka o urejanju cestnega prometa v Občini Bled)</w:t>
      </w:r>
    </w:p>
    <w:tbl>
      <w:tblPr>
        <w:tblStyle w:val="TableGrid"/>
        <w:tblW w:type="auto" w:w="0"/>
        <w:jc w:val="center"/>
        <w:tblLook w:firstColumn="1" w:firstRow="1" w:lastColumn="0" w:lastRow="0" w:noHBand="0" w:noVBand="1" w:val="04A0"/>
      </w:tblPr>
      <w:tblGrid>
        <w:gridCol w:w="9412"/>
      </w:tblGrid>
      <w:tr>
        <w:trPr>
          <w:cantSplit/>
        </w:trPr>
        <w:tc>
          <w:tcPr>
            <w:tcW w:type="dxa" w:w="9412"/>
            <w:shd w:val="clear" w:fill="D9D9D9"/>
            <w:vAlign w:val="center"/>
          </w:tcPr>
          <w:p>
            <w:pPr>
              <w:keepNext/>
              <w:spacing w:after="40" w:before="40"/>
            </w:pPr>
            <w:r>
              <w:rPr>
                <w:rFonts w:ascii="Cambria" w:hAnsi="Cambria"/>
                <w:b/>
                <w:sz w:val="20"/>
              </w:rPr>
              <w:t>1. PODATKI O VLAGATELJU</w:t>
            </w:r>
          </w:p>
        </w:tc>
      </w:tr>
    </w:tbl>
    <w:tbl>
      <w:tblPr>
        <w:tblStyle w:val="TableGrid"/>
        <w:tblW w:type="auto" w:w="0"/>
        <w:tblLayout w:type="fixed"/>
        <w:tblLook w:firstColumn="1" w:firstRow="1" w:lastColumn="0" w:lastRow="0" w:noHBand="0" w:noVBand="1" w:val="04A0"/>
      </w:tblPr>
      <w:tblGrid>
        <w:gridCol w:w="3515"/>
        <w:gridCol w:w="5896"/>
      </w:tblGrid>
      <w:tr>
        <w:trPr>
          <w:cantSplit/>
        </w:trPr>
        <w:tc>
          <w:tcPr>
            <w:tcW w:type="dxa" w:w="3515"/>
            <w:vAlign w:val="center"/>
          </w:tcPr>
          <w:p>
            <w:pPr>
              <w:spacing w:after="40" w:before="40"/>
            </w:pPr>
            <w:r>
              <w:rPr>
                <w:rFonts w:ascii="Cambria" w:hAnsi="Cambria"/>
                <w:i w:val="0"/>
                <w:sz w:val="19"/>
              </w:rPr>
              <w:t>Ime in priimek oz. naziv:</w:t>
            </w:r>
          </w:p>
        </w:tc>
        <w:tc>
          <w:tcPr>
            <w:tcW w:type="dxa" w:w="5896"/>
            <w:vAlign w:val="center"/>
          </w:tcPr>
          <w:p>
            <w:pPr>
              <w:spacing w:after="40" w:before="40"/>
            </w:pPr>
            <w:r>
              <w:rPr>
                <w:rFonts w:ascii="Cambria" w:hAnsi="Cambria"/>
                <w:i/>
                <w:color w:val="808080"/>
                <w:sz w:val="19"/>
              </w:rPr>
            </w:r>
          </w:p>
        </w:tc>
      </w:tr>
      <w:tr>
        <w:trPr>
          <w:trHeight w:hRule="atLeast" w:val="595"/>
          <w:cantSplit/>
        </w:trPr>
        <w:tc>
          <w:tcPr>
            <w:tcW w:type="dxa" w:w="3515"/>
            <w:vAlign w:val="center"/>
          </w:tcPr>
          <w:p>
            <w:pPr>
              <w:spacing w:after="40" w:before="40"/>
            </w:pPr>
            <w:r>
              <w:rPr>
                <w:rFonts w:ascii="Cambria" w:hAnsi="Cambria"/>
                <w:i w:val="0"/>
                <w:sz w:val="19"/>
              </w:rPr>
              <w:t>Naslov oz. sedež:</w:t>
            </w:r>
          </w:p>
        </w:tc>
        <w:tc>
          <w:tcPr>
            <w:tcW w:type="dxa" w:w="5896"/>
            <w:vAlign w:val="center"/>
          </w:tcPr>
          <w:p>
            <w:pPr>
              <w:spacing w:after="40" w:before="40"/>
            </w:pPr>
            <w:r>
              <w:rPr>
                <w:rFonts w:ascii="Cambria" w:hAnsi="Cambria"/>
                <w:i/>
                <w:color w:val="808080"/>
                <w:sz w:val="19"/>
              </w:rPr>
            </w:r>
          </w:p>
        </w:tc>
      </w:tr>
      <w:tr>
        <w:trPr>
          <w:cantSplit/>
        </w:trPr>
        <w:tc>
          <w:tcPr>
            <w:tcW w:type="dxa" w:w="3515"/>
            <w:vAlign w:val="center"/>
          </w:tcPr>
          <w:p>
            <w:pPr>
              <w:spacing w:after="40" w:before="40"/>
            </w:pPr>
            <w:r>
              <w:rPr>
                <w:rFonts w:ascii="Cambria" w:hAnsi="Cambria"/>
                <w:i w:val="0"/>
                <w:sz w:val="19"/>
              </w:rPr>
              <w:t>Matična številka:</w:t>
            </w:r>
          </w:p>
        </w:tc>
        <w:tc>
          <w:tcPr>
            <w:tcW w:type="dxa" w:w="5896"/>
            <w:vAlign w:val="center"/>
          </w:tcPr>
          <w:p>
            <w:pPr>
              <w:spacing w:after="40" w:before="40"/>
            </w:pPr>
            <w:r>
              <w:rPr>
                <w:rFonts w:ascii="Cambria" w:hAnsi="Cambria"/>
                <w:i/>
                <w:color w:val="808080"/>
                <w:sz w:val="19"/>
              </w:rPr>
            </w:r>
          </w:p>
        </w:tc>
      </w:tr>
      <w:tr>
        <w:trPr>
          <w:cantSplit/>
        </w:trPr>
        <w:tc>
          <w:tcPr>
            <w:tcW w:type="dxa" w:w="3515"/>
            <w:vAlign w:val="center"/>
          </w:tcPr>
          <w:p>
            <w:pPr>
              <w:spacing w:after="40" w:before="40"/>
            </w:pPr>
            <w:r>
              <w:rPr>
                <w:rFonts w:ascii="Cambria" w:hAnsi="Cambria"/>
                <w:i w:val="0"/>
                <w:sz w:val="19"/>
              </w:rPr>
              <w:t>Davčna številka:</w:t>
            </w:r>
          </w:p>
        </w:tc>
        <w:tc>
          <w:tcPr>
            <w:tcW w:type="dxa" w:w="5896"/>
            <w:vAlign w:val="center"/>
          </w:tcPr>
          <w:p>
            <w:pPr>
              <w:spacing w:after="40" w:before="40"/>
            </w:pPr>
            <w:r>
              <w:rPr>
                <w:rFonts w:ascii="Cambria" w:hAnsi="Cambria"/>
                <w:i/>
                <w:color w:val="808080"/>
                <w:sz w:val="19"/>
              </w:rPr>
              <w:t>potrebna za izdajo računa</w:t>
            </w:r>
          </w:p>
        </w:tc>
      </w:tr>
      <w:tr>
        <w:trPr>
          <w:cantSplit/>
        </w:trPr>
        <w:tc>
          <w:tcPr>
            <w:tcW w:type="dxa" w:w="3515"/>
            <w:vAlign w:val="center"/>
          </w:tcPr>
          <w:p>
            <w:pPr>
              <w:spacing w:after="40" w:before="40"/>
            </w:pPr>
            <w:r>
              <w:rPr>
                <w:rFonts w:ascii="Cambria" w:hAnsi="Cambria"/>
                <w:i w:val="0"/>
                <w:sz w:val="19"/>
              </w:rPr>
              <w:t>Telefon:</w:t>
            </w:r>
          </w:p>
        </w:tc>
        <w:tc>
          <w:tcPr>
            <w:tcW w:type="dxa" w:w="5896"/>
            <w:vAlign w:val="center"/>
          </w:tcPr>
          <w:p>
            <w:pPr>
              <w:spacing w:after="40" w:before="40"/>
            </w:pPr>
            <w:r>
              <w:rPr>
                <w:rFonts w:ascii="Cambria" w:hAnsi="Cambria"/>
                <w:i/>
                <w:color w:val="808080"/>
                <w:sz w:val="19"/>
              </w:rPr>
            </w:r>
          </w:p>
        </w:tc>
      </w:tr>
      <w:tr>
        <w:trPr>
          <w:cantSplit/>
        </w:trPr>
        <w:tc>
          <w:tcPr>
            <w:tcW w:type="dxa" w:w="3515"/>
            <w:vAlign w:val="center"/>
          </w:tcPr>
          <w:p>
            <w:pPr>
              <w:spacing w:after="40" w:before="40"/>
            </w:pPr>
            <w:r>
              <w:rPr>
                <w:rFonts w:ascii="Cambria" w:hAnsi="Cambria"/>
                <w:i w:val="0"/>
                <w:sz w:val="19"/>
              </w:rPr>
              <w:t>E-pošta:</w:t>
            </w:r>
          </w:p>
        </w:tc>
        <w:tc>
          <w:tcPr>
            <w:tcW w:type="dxa" w:w="5896"/>
            <w:vAlign w:val="center"/>
          </w:tcPr>
          <w:p>
            <w:pPr>
              <w:spacing w:after="40" w:before="40"/>
            </w:pPr>
            <w:r>
              <w:rPr>
                <w:rFonts w:ascii="Cambria" w:hAnsi="Cambria"/>
                <w:i/>
                <w:color w:val="808080"/>
                <w:sz w:val="19"/>
              </w:rPr>
            </w:r>
          </w:p>
        </w:tc>
      </w:tr>
      <w:tr>
        <w:trPr>
          <w:cantSplit/>
        </w:trPr>
        <w:tc>
          <w:tcPr>
            <w:tcW w:type="dxa" w:w="3515"/>
            <w:vAlign w:val="center"/>
          </w:tcPr>
          <w:p>
            <w:pPr>
              <w:spacing w:after="40" w:before="40"/>
            </w:pPr>
            <w:r>
              <w:rPr>
                <w:rFonts w:ascii="Cambria" w:hAnsi="Cambria"/>
                <w:i w:val="0"/>
                <w:sz w:val="19"/>
              </w:rPr>
              <w:t>Odgovorna oseba in telefon:</w:t>
            </w:r>
          </w:p>
        </w:tc>
        <w:tc>
          <w:tcPr>
            <w:tcW w:type="dxa" w:w="5896"/>
            <w:vAlign w:val="center"/>
          </w:tcPr>
          <w:p>
            <w:pPr>
              <w:spacing w:after="40" w:before="40"/>
            </w:pPr>
            <w:r>
              <w:rPr>
                <w:rFonts w:ascii="Cambria" w:hAnsi="Cambria"/>
                <w:i/>
                <w:color w:val="808080"/>
                <w:sz w:val="19"/>
              </w:rPr>
            </w:r>
          </w:p>
        </w:tc>
      </w:tr>
    </w:tbl>
    <w:p>
      <w:pPr>
        <w:spacing w:after="100"/>
      </w:pPr>
    </w:p>
    <w:p>
      <w:pPr>
        <w:spacing w:after="120" w:before="0"/>
        <w:jc w:val="both"/>
      </w:pPr>
      <w:r>
        <w:rPr>
          <w:rFonts w:ascii="Cambria" w:hAnsi="Cambria"/>
          <w:b w:val="0"/>
          <w:i/>
          <w:sz w:val="16"/>
        </w:rPr>
        <w:t>Odgovorna oseba je kontaktna oseba za postavitev in odstranitev zapore parkirnih mest ter za vsa vprašanja med uporabo.</w:t>
      </w:r>
    </w:p>
    <w:p>
      <w:pPr>
        <w:keepNext/>
        <w:spacing w:after="0" w:before="0"/>
      </w:pPr>
      <w:r>
        <w:rPr>
          <w:sz w:val="6"/>
        </w:rPr>
      </w:r>
    </w:p>
    <w:tbl>
      <w:tblPr>
        <w:tblStyle w:val="TableGrid"/>
        <w:tblW w:type="auto" w:w="0"/>
        <w:jc w:val="center"/>
        <w:tblLook w:firstColumn="1" w:firstRow="1" w:lastColumn="0" w:lastRow="0" w:noHBand="0" w:noVBand="1" w:val="04A0"/>
      </w:tblPr>
      <w:tblGrid>
        <w:gridCol w:w="9412"/>
      </w:tblGrid>
      <w:tr>
        <w:trPr>
          <w:cantSplit/>
        </w:trPr>
        <w:tc>
          <w:tcPr>
            <w:tcW w:type="dxa" w:w="9412"/>
            <w:shd w:val="clear" w:fill="D9D9D9"/>
            <w:vAlign w:val="center"/>
          </w:tcPr>
          <w:p>
            <w:pPr>
              <w:keepNext/>
              <w:spacing w:after="40" w:before="40"/>
            </w:pPr>
            <w:r>
              <w:rPr>
                <w:rFonts w:ascii="Cambria" w:hAnsi="Cambria"/>
                <w:b/>
                <w:sz w:val="20"/>
              </w:rPr>
              <w:t>2. NAMEN UPORABE</w:t>
            </w:r>
          </w:p>
        </w:tc>
      </w:tr>
    </w:tbl>
    <w:p>
      <w:pPr>
        <w:keepNext/>
        <w:spacing w:after="60" w:before="0"/>
      </w:pPr>
      <w:r>
        <w:rPr>
          <w:rFonts w:ascii="Cambria" w:hAnsi="Cambria"/>
          <w:b w:val="0"/>
          <w:i/>
          <w:sz w:val="16"/>
        </w:rPr>
        <w:t>Označite eno možnost in namen na kratko opišite.</w:t>
      </w:r>
    </w:p>
    <w:tbl>
      <w:tblPr>
        <w:tblStyle w:val="TableGrid"/>
        <w:tblW w:type="auto" w:w="0"/>
        <w:tblLayout w:type="fixed"/>
        <w:tblLook w:firstColumn="1" w:firstRow="1" w:lastColumn="0" w:lastRow="0" w:noHBand="0" w:noVBand="1" w:val="04A0"/>
      </w:tblPr>
      <w:tblGrid>
        <w:gridCol w:w="9412"/>
      </w:tblGrid>
      <w:tr>
        <w:trPr>
          <w:cantSplit/>
        </w:trPr>
        <w:tc>
          <w:tcPr>
            <w:tcW w:type="dxa" w:w="9411"/>
            <w:vAlign w:val="center"/>
          </w:tcPr>
          <w:p>
            <w:pPr>
              <w:keepNext/>
              <w:spacing w:before="60" w:after="60"/>
            </w:pPr>
            <w:r>
              <w:rPr>
                <w:rFonts w:ascii="Cambria" w:hAnsi="Cambria"/>
                <w:sz w:val="22"/>
              </w:rPr>
              <w:t xml:space="preserve">☐  </w:t>
            </w:r>
            <w:r>
              <w:rPr>
                <w:rFonts w:ascii="Cambria" w:hAnsi="Cambria"/>
                <w:sz w:val="18"/>
              </w:rPr>
              <w:t>PRIREDITEV ali DOGODEK</w:t>
            </w:r>
          </w:p>
        </w:tc>
      </w:tr>
    </w:tbl>
    <w:tbl>
      <w:tblPr>
        <w:tblStyle w:val="TableGrid"/>
        <w:tblW w:type="auto" w:w="0"/>
        <w:tblLayout w:type="fixed"/>
        <w:tblLook w:firstColumn="1" w:firstRow="1" w:lastColumn="0" w:lastRow="0" w:noHBand="0" w:noVBand="1" w:val="04A0"/>
      </w:tblPr>
      <w:tblGrid>
        <w:gridCol w:w="9412"/>
      </w:tblGrid>
      <w:tr>
        <w:trPr>
          <w:cantSplit/>
        </w:trPr>
        <w:tc>
          <w:tcPr>
            <w:tcW w:type="dxa" w:w="9411"/>
            <w:vAlign w:val="center"/>
          </w:tcPr>
          <w:p>
            <w:pPr>
              <w:keepNext/>
              <w:spacing w:before="60" w:after="60"/>
            </w:pPr>
            <w:r>
              <w:rPr>
                <w:rFonts w:ascii="Cambria" w:hAnsi="Cambria"/>
                <w:sz w:val="22"/>
              </w:rPr>
              <w:t xml:space="preserve">☐  </w:t>
            </w:r>
            <w:r>
              <w:rPr>
                <w:rFonts w:ascii="Cambria" w:hAnsi="Cambria"/>
                <w:sz w:val="18"/>
              </w:rPr>
              <w:t>IZVAJANJE DEL oz. GRADBIŠČE</w:t>
            </w:r>
          </w:p>
        </w:tc>
      </w:tr>
    </w:tbl>
    <w:tbl>
      <w:tblPr>
        <w:tblStyle w:val="TableGrid"/>
        <w:tblW w:type="auto" w:w="0"/>
        <w:tblLayout w:type="fixed"/>
        <w:tblLook w:firstColumn="1" w:firstRow="1" w:lastColumn="0" w:lastRow="0" w:noHBand="0" w:noVBand="1" w:val="04A0"/>
      </w:tblPr>
      <w:tblGrid>
        <w:gridCol w:w="9412"/>
      </w:tblGrid>
      <w:tr>
        <w:trPr>
          <w:cantSplit/>
        </w:trPr>
        <w:tc>
          <w:tcPr>
            <w:tcW w:type="dxa" w:w="9411"/>
            <w:vAlign w:val="center"/>
          </w:tcPr>
          <w:p>
            <w:pPr>
              <w:keepNext/>
              <w:spacing w:before="60" w:after="60"/>
            </w:pPr>
            <w:r>
              <w:rPr>
                <w:rFonts w:ascii="Cambria" w:hAnsi="Cambria"/>
                <w:sz w:val="22"/>
              </w:rPr>
              <w:t xml:space="preserve">☐  </w:t>
            </w:r>
            <w:r>
              <w:rPr>
                <w:rFonts w:ascii="Cambria" w:hAnsi="Cambria"/>
                <w:sz w:val="18"/>
              </w:rPr>
              <w:t>SNEMANJE, FOTOGRAFIRANJE</w:t>
            </w:r>
          </w:p>
        </w:tc>
      </w:tr>
    </w:tbl>
    <w:tbl>
      <w:tblPr>
        <w:tblStyle w:val="TableGrid"/>
        <w:tblW w:type="auto" w:w="0"/>
        <w:tblLayout w:type="fixed"/>
        <w:tblLook w:firstColumn="1" w:firstRow="1" w:lastColumn="0" w:lastRow="0" w:noHBand="0" w:noVBand="1" w:val="04A0"/>
      </w:tblPr>
      <w:tblGrid>
        <w:gridCol w:w="9412"/>
      </w:tblGrid>
      <w:tr>
        <w:trPr>
          <w:cantSplit/>
        </w:trPr>
        <w:tc>
          <w:tcPr>
            <w:tcW w:type="dxa" w:w="9411"/>
            <w:vAlign w:val="center"/>
          </w:tcPr>
          <w:p>
            <w:pPr>
              <w:keepNext/>
              <w:spacing w:before="60" w:after="60"/>
            </w:pPr>
            <w:r>
              <w:rPr>
                <w:rFonts w:ascii="Cambria" w:hAnsi="Cambria"/>
                <w:sz w:val="22"/>
              </w:rPr>
              <w:t xml:space="preserve">☐  </w:t>
            </w:r>
            <w:r>
              <w:rPr>
                <w:rFonts w:ascii="Cambria" w:hAnsi="Cambria"/>
                <w:sz w:val="18"/>
              </w:rPr>
              <w:t>DRUGO</w:t>
            </w:r>
          </w:p>
        </w:tc>
      </w:tr>
    </w:tbl>
    <w:tbl>
      <w:tblPr>
        <w:tblStyle w:val="TableGrid"/>
        <w:tblW w:type="auto" w:w="0"/>
        <w:tblLayout w:type="fixed"/>
        <w:tblLook w:firstColumn="1" w:firstRow="1" w:lastColumn="0" w:lastRow="0" w:noHBand="0" w:noVBand="1" w:val="04A0"/>
      </w:tblPr>
      <w:tblGrid>
        <w:gridCol w:w="3515"/>
        <w:gridCol w:w="5896"/>
      </w:tblGrid>
      <w:tr>
        <w:trPr>
          <w:trHeight w:hRule="atLeast" w:val="595"/>
          <w:cantSplit/>
        </w:trPr>
        <w:tc>
          <w:tcPr>
            <w:tcW w:type="dxa" w:w="3515"/>
            <w:vAlign w:val="center"/>
          </w:tcPr>
          <w:p>
            <w:pPr>
              <w:spacing w:after="40" w:before="40"/>
            </w:pPr>
            <w:r>
              <w:rPr>
                <w:rFonts w:ascii="Cambria" w:hAnsi="Cambria"/>
                <w:i w:val="0"/>
                <w:sz w:val="19"/>
              </w:rPr>
              <w:t>Opis namena:</w:t>
            </w:r>
          </w:p>
        </w:tc>
        <w:tc>
          <w:tcPr>
            <w:tcW w:type="dxa" w:w="5896"/>
            <w:vAlign w:val="center"/>
          </w:tcPr>
          <w:p>
            <w:pPr>
              <w:spacing w:after="40" w:before="40"/>
            </w:pPr>
            <w:r>
              <w:rPr>
                <w:rFonts w:ascii="Cambria" w:hAnsi="Cambria"/>
                <w:i/>
                <w:color w:val="808080"/>
                <w:sz w:val="19"/>
              </w:rPr>
              <w:t>naziv prireditve oz. opis del</w:t>
            </w:r>
          </w:p>
        </w:tc>
      </w:tr>
    </w:tbl>
    <w:p>
      <w:pPr>
        <w:spacing w:after="100"/>
      </w:pPr>
    </w:p>
    <w:p>
      <w:pPr>
        <w:keepNext/>
        <w:spacing w:after="0" w:before="0"/>
      </w:pPr>
      <w:r>
        <w:rPr>
          <w:sz w:val="6"/>
        </w:rPr>
      </w:r>
    </w:p>
    <w:tbl>
      <w:tblPr>
        <w:tblStyle w:val="TableGrid"/>
        <w:tblW w:type="auto" w:w="0"/>
        <w:jc w:val="center"/>
        <w:tblLook w:firstColumn="1" w:firstRow="1" w:lastColumn="0" w:lastRow="0" w:noHBand="0" w:noVBand="1" w:val="04A0"/>
      </w:tblPr>
      <w:tblGrid>
        <w:gridCol w:w="9412"/>
      </w:tblGrid>
      <w:tr>
        <w:trPr>
          <w:cantSplit/>
        </w:trPr>
        <w:tc>
          <w:tcPr>
            <w:tcW w:type="dxa" w:w="9412"/>
            <w:shd w:val="clear" w:fill="D9D9D9"/>
            <w:vAlign w:val="center"/>
          </w:tcPr>
          <w:p>
            <w:pPr>
              <w:keepNext/>
              <w:spacing w:after="40" w:before="40"/>
            </w:pPr>
            <w:r>
              <w:rPr>
                <w:rFonts w:ascii="Cambria" w:hAnsi="Cambria"/>
                <w:b/>
                <w:sz w:val="20"/>
              </w:rPr>
              <w:t>3. PODATKI O UPORABI PARKIRNIH MEST</w:t>
            </w:r>
          </w:p>
        </w:tc>
      </w:tr>
    </w:tbl>
    <w:tbl>
      <w:tblPr>
        <w:tblStyle w:val="TableGrid"/>
        <w:tblW w:type="auto" w:w="0"/>
        <w:tblLayout w:type="fixed"/>
        <w:tblLook w:firstColumn="1" w:firstRow="1" w:lastColumn="0" w:lastRow="0" w:noHBand="0" w:noVBand="1" w:val="04A0"/>
      </w:tblPr>
      <w:tblGrid>
        <w:gridCol w:w="9412"/>
      </w:tblGrid>
      <w:tr>
        <w:trPr>
          <w:cantSplit/>
        </w:trPr>
        <w:tc>
          <w:tcPr>
            <w:tcW w:type="dxa" w:w="9411"/>
            <w:shd w:val="clear" w:fill="F2F2F2"/>
            <w:vAlign w:val="center"/>
          </w:tcPr>
          <w:p>
            <w:pPr>
              <w:keepNext/>
              <w:spacing w:before="40" w:after="40"/>
            </w:pPr>
            <w:r>
              <w:rPr>
                <w:rFonts w:ascii="Cambria" w:hAnsi="Cambria"/>
                <w:b/>
                <w:sz w:val="17"/>
              </w:rPr>
              <w:t>PARKIRIŠČE 1</w:t>
            </w:r>
          </w:p>
        </w:tc>
      </w:tr>
    </w:tbl>
    <w:tbl>
      <w:tblPr>
        <w:tblStyle w:val="TableGrid"/>
        <w:tblW w:type="auto" w:w="0"/>
        <w:tblLayout w:type="fixed"/>
        <w:tblLook w:firstColumn="1" w:firstRow="1" w:lastColumn="0" w:lastRow="0" w:noHBand="0" w:noVBand="1" w:val="04A0"/>
      </w:tblPr>
      <w:tblGrid>
        <w:gridCol w:w="3515"/>
        <w:gridCol w:w="5896"/>
      </w:tblGrid>
      <w:tr>
        <w:trPr>
          <w:cantSplit/>
        </w:trPr>
        <w:tc>
          <w:tcPr>
            <w:tcW w:type="dxa" w:w="3515"/>
            <w:vAlign w:val="center"/>
          </w:tcPr>
          <w:p>
            <w:pPr>
              <w:spacing w:after="40" w:before="40"/>
            </w:pPr>
            <w:r>
              <w:rPr>
                <w:rFonts w:ascii="Cambria" w:hAnsi="Cambria"/>
                <w:i w:val="0"/>
                <w:sz w:val="19"/>
              </w:rPr>
              <w:t>Parkirišče:</w:t>
            </w:r>
          </w:p>
        </w:tc>
        <w:tc>
          <w:tcPr>
            <w:tcW w:type="dxa" w:w="5896"/>
            <w:vAlign w:val="center"/>
          </w:tcPr>
          <w:p>
            <w:pPr>
              <w:spacing w:after="40" w:before="40"/>
            </w:pPr>
            <w:r>
              <w:rPr>
                <w:rFonts w:ascii="Cambria" w:hAnsi="Cambria"/>
                <w:i/>
                <w:color w:val="808080"/>
                <w:sz w:val="19"/>
              </w:rPr>
              <w:t>oznaka in ime oz. »vsa javna parkirišča«</w:t>
            </w:r>
          </w:p>
        </w:tc>
      </w:tr>
      <w:tr>
        <w:trPr>
          <w:cantSplit/>
        </w:trPr>
        <w:tc>
          <w:tcPr>
            <w:tcW w:type="dxa" w:w="3515"/>
            <w:vAlign w:val="center"/>
          </w:tcPr>
          <w:p>
            <w:pPr>
              <w:spacing w:after="40" w:before="40"/>
            </w:pPr>
            <w:r>
              <w:rPr>
                <w:rFonts w:ascii="Cambria" w:hAnsi="Cambria"/>
                <w:i w:val="0"/>
                <w:sz w:val="19"/>
              </w:rPr>
              <w:t>Če parkirišča ni na seznamu:</w:t>
            </w:r>
          </w:p>
        </w:tc>
        <w:tc>
          <w:tcPr>
            <w:tcW w:type="dxa" w:w="5896"/>
            <w:vAlign w:val="center"/>
          </w:tcPr>
          <w:p>
            <w:pPr>
              <w:spacing w:after="40" w:before="40"/>
            </w:pPr>
            <w:r>
              <w:rPr>
                <w:rFonts w:ascii="Cambria" w:hAnsi="Cambria"/>
                <w:i/>
                <w:color w:val="808080"/>
                <w:sz w:val="19"/>
              </w:rPr>
              <w:t>ime oz. lokacija</w:t>
            </w:r>
          </w:p>
        </w:tc>
      </w:tr>
      <w:tr>
        <w:trPr>
          <w:cantSplit/>
        </w:trPr>
        <w:tc>
          <w:tcPr>
            <w:tcW w:type="dxa" w:w="3515"/>
            <w:vAlign w:val="center"/>
          </w:tcPr>
          <w:p>
            <w:pPr>
              <w:spacing w:after="40" w:before="40"/>
            </w:pPr>
            <w:r>
              <w:rPr>
                <w:rFonts w:ascii="Cambria" w:hAnsi="Cambria"/>
                <w:i w:val="0"/>
                <w:sz w:val="19"/>
              </w:rPr>
              <w:t>Število parkirnih mest:</w:t>
            </w:r>
          </w:p>
        </w:tc>
        <w:tc>
          <w:tcPr>
            <w:tcW w:type="dxa" w:w="5896"/>
            <w:vAlign w:val="center"/>
          </w:tcPr>
          <w:p>
            <w:pPr>
              <w:spacing w:after="40" w:before="40"/>
            </w:pPr>
            <w:r>
              <w:rPr>
                <w:rFonts w:ascii="Cambria" w:hAnsi="Cambria"/>
                <w:i/>
                <w:color w:val="808080"/>
                <w:sz w:val="19"/>
              </w:rPr>
              <w:t>skupno število</w:t>
            </w:r>
          </w:p>
        </w:tc>
      </w:tr>
      <w:tr>
        <w:trPr>
          <w:cantSplit/>
        </w:trPr>
        <w:tc>
          <w:tcPr>
            <w:tcW w:type="dxa" w:w="3515"/>
            <w:vAlign w:val="center"/>
          </w:tcPr>
          <w:p>
            <w:pPr>
              <w:spacing w:after="40" w:before="40"/>
            </w:pPr>
            <w:r>
              <w:rPr>
                <w:rFonts w:ascii="Cambria" w:hAnsi="Cambria"/>
                <w:i w:val="0"/>
                <w:sz w:val="19"/>
              </w:rPr>
              <w:t>Datum uporabe od – do:</w:t>
            </w:r>
          </w:p>
        </w:tc>
        <w:tc>
          <w:tcPr>
            <w:tcW w:type="dxa" w:w="5896"/>
            <w:vAlign w:val="center"/>
          </w:tcPr>
          <w:p>
            <w:pPr>
              <w:spacing w:after="40" w:before="40"/>
            </w:pPr>
            <w:r>
              <w:rPr>
                <w:rFonts w:ascii="Cambria" w:hAnsi="Cambria"/>
                <w:i/>
                <w:color w:val="808080"/>
                <w:sz w:val="19"/>
              </w:rPr>
              <w:t>oz. posamezni datumi</w:t>
            </w:r>
          </w:p>
        </w:tc>
      </w:tr>
      <w:tr>
        <w:trPr>
          <w:cantSplit/>
        </w:trPr>
        <w:tc>
          <w:tcPr>
            <w:tcW w:type="dxa" w:w="3515"/>
            <w:vAlign w:val="center"/>
          </w:tcPr>
          <w:p>
            <w:pPr>
              <w:spacing w:after="40" w:before="40"/>
            </w:pPr>
            <w:r>
              <w:rPr>
                <w:rFonts w:ascii="Cambria" w:hAnsi="Cambria"/>
                <w:i w:val="0"/>
                <w:sz w:val="19"/>
              </w:rPr>
              <w:t>Število dni uporabe:</w:t>
            </w:r>
          </w:p>
        </w:tc>
        <w:tc>
          <w:tcPr>
            <w:tcW w:type="dxa" w:w="5896"/>
            <w:vAlign w:val="center"/>
          </w:tcPr>
          <w:p>
            <w:pPr>
              <w:spacing w:after="40" w:before="40"/>
            </w:pPr>
            <w:r>
              <w:rPr>
                <w:rFonts w:ascii="Cambria" w:hAnsi="Cambria"/>
                <w:i/>
                <w:color w:val="808080"/>
                <w:sz w:val="19"/>
              </w:rPr>
            </w:r>
          </w:p>
        </w:tc>
      </w:tr>
      <w:tr>
        <w:trPr>
          <w:cantSplit/>
        </w:trPr>
        <w:tc>
          <w:tcPr>
            <w:tcW w:type="dxa" w:w="3515"/>
            <w:vAlign w:val="center"/>
          </w:tcPr>
          <w:p>
            <w:pPr>
              <w:spacing w:after="40" w:before="40"/>
            </w:pPr>
            <w:r>
              <w:rPr>
                <w:rFonts w:ascii="Cambria" w:hAnsi="Cambria"/>
                <w:i w:val="0"/>
                <w:sz w:val="19"/>
              </w:rPr>
              <w:t>Dnevni čas uporabe od – do:</w:t>
            </w:r>
          </w:p>
        </w:tc>
        <w:tc>
          <w:tcPr>
            <w:tcW w:type="dxa" w:w="5896"/>
            <w:vAlign w:val="center"/>
          </w:tcPr>
          <w:p>
            <w:pPr>
              <w:spacing w:after="40" w:before="40"/>
            </w:pPr>
            <w:r>
              <w:rPr>
                <w:rFonts w:ascii="Cambria" w:hAnsi="Cambria"/>
                <w:i/>
                <w:color w:val="808080"/>
                <w:sz w:val="19"/>
              </w:rPr>
              <w:t>npr. med 7.00 in 22.00</w:t>
            </w:r>
          </w:p>
        </w:tc>
      </w:tr>
    </w:tbl>
    <w:p>
      <w:pPr>
        <w:spacing w:after="100"/>
      </w:pPr>
    </w:p>
    <w:p>
      <w:pPr>
        <w:keepNext/>
        <w:spacing w:after="80" w:before="0"/>
        <w:jc w:val="both"/>
      </w:pPr>
      <w:r>
        <w:rPr>
          <w:rFonts w:ascii="Cambria" w:hAnsi="Cambria"/>
          <w:b w:val="0"/>
          <w:i/>
          <w:sz w:val="16"/>
        </w:rPr>
        <w:t>Če vloga zajema več parkirišč ali več terminov, izpolnite še spodnje tabele – obrazec omogoča do 10 vnosov. Neizpolnjene tabele pustite prazne.</w:t>
      </w:r>
    </w:p>
    <w:tbl>
      <w:tblPr>
        <w:tblStyle w:val="TableGrid"/>
        <w:tblW w:type="auto" w:w="0"/>
        <w:tblLayout w:type="fixed"/>
        <w:tblLook w:firstColumn="1" w:firstRow="1" w:lastColumn="0" w:lastRow="0" w:noHBand="0" w:noVBand="1" w:val="04A0"/>
      </w:tblPr>
      <w:tblGrid>
        <w:gridCol w:w="1360"/>
        <w:gridCol w:w="2608"/>
        <w:gridCol w:w="1474"/>
        <w:gridCol w:w="1020"/>
        <w:gridCol w:w="1247"/>
        <w:gridCol w:w="1701"/>
      </w:tblGrid>
      <w:tr>
        <w:trPr>
          <w:cantSplit/>
        </w:trPr>
        <w:tc>
          <w:tcPr>
            <w:tcW w:type="dxa" w:w="9411"/>
            <w:gridSpan w:val="6"/>
            <w:shd w:val="clear" w:fill="F2F2F2"/>
            <w:vAlign w:val="center"/>
          </w:tcPr>
          <w:p>
            <w:pPr>
              <w:keepNext/>
              <w:spacing w:before="20" w:after="20"/>
            </w:pPr>
            <w:r>
              <w:rPr>
                <w:rFonts w:ascii="Cambria" w:hAnsi="Cambria"/>
                <w:b/>
                <w:sz w:val="15"/>
              </w:rPr>
              <w:t>PARKIRIŠČE 2</w:t>
            </w:r>
          </w:p>
        </w:tc>
      </w:tr>
      <w:tr>
        <w:trPr>
          <w:cantSplit/>
        </w:trPr>
        <w:tc>
          <w:tcPr>
            <w:tcW w:type="dxa" w:w="1361"/>
            <w:vAlign w:val="center"/>
          </w:tcPr>
          <w:p>
            <w:pPr>
              <w:keepNext/>
              <w:spacing w:before="20" w:after="20"/>
            </w:pPr>
            <w:r>
              <w:rPr>
                <w:rFonts w:ascii="Cambria" w:hAnsi="Cambria"/>
                <w:sz w:val="15"/>
              </w:rPr>
              <w:t>Parkirišče:</w:t>
            </w:r>
          </w:p>
        </w:tc>
        <w:tc>
          <w:tcPr>
            <w:tcW w:type="dxa" w:w="2608"/>
            <w:vAlign w:val="center"/>
          </w:tcPr>
          <w:p>
            <w:pPr>
              <w:keepNext/>
            </w:pPr>
          </w:p>
        </w:tc>
        <w:tc>
          <w:tcPr>
            <w:tcW w:type="dxa" w:w="1474"/>
            <w:vAlign w:val="center"/>
          </w:tcPr>
          <w:p>
            <w:pPr>
              <w:keepNext/>
              <w:spacing w:before="20" w:after="20"/>
            </w:pPr>
            <w:r>
              <w:rPr>
                <w:rFonts w:ascii="Cambria" w:hAnsi="Cambria"/>
                <w:sz w:val="15"/>
              </w:rPr>
              <w:t>Št. mest:</w:t>
            </w:r>
          </w:p>
        </w:tc>
        <w:tc>
          <w:tcPr>
            <w:tcW w:type="dxa" w:w="1020"/>
            <w:vAlign w:val="center"/>
          </w:tcPr>
          <w:p>
            <w:pPr>
              <w:keepNext/>
            </w:pPr>
          </w:p>
        </w:tc>
        <w:tc>
          <w:tcPr>
            <w:tcW w:type="dxa" w:w="1247"/>
            <w:vAlign w:val="center"/>
          </w:tcPr>
          <w:p>
            <w:pPr>
              <w:keepNext/>
              <w:spacing w:before="20" w:after="20"/>
            </w:pPr>
            <w:r>
              <w:rPr>
                <w:rFonts w:ascii="Cambria" w:hAnsi="Cambria"/>
                <w:sz w:val="15"/>
              </w:rPr>
              <w:t>Št. dni:</w:t>
            </w:r>
          </w:p>
        </w:tc>
        <w:tc>
          <w:tcPr>
            <w:tcW w:type="dxa" w:w="1701"/>
            <w:vAlign w:val="center"/>
          </w:tcPr>
          <w:p>
            <w:pPr>
              <w:keepNext/>
            </w:pPr>
          </w:p>
        </w:tc>
      </w:tr>
      <w:tr>
        <w:trPr>
          <w:cantSplit/>
        </w:trPr>
        <w:tc>
          <w:tcPr>
            <w:tcW w:type="dxa" w:w="1361"/>
            <w:vAlign w:val="center"/>
          </w:tcPr>
          <w:p>
            <w:pPr>
              <w:spacing w:before="20" w:after="20"/>
            </w:pPr>
            <w:r>
              <w:rPr>
                <w:rFonts w:ascii="Cambria" w:hAnsi="Cambria"/>
                <w:sz w:val="15"/>
              </w:rPr>
              <w:t>Datum od – do:</w:t>
            </w:r>
          </w:p>
        </w:tc>
        <w:tc>
          <w:tcPr>
            <w:tcW w:type="dxa" w:w="2608"/>
            <w:vAlign w:val="center"/>
          </w:tcPr>
          <w:p/>
        </w:tc>
        <w:tc>
          <w:tcPr>
            <w:tcW w:type="dxa" w:w="1474"/>
            <w:vAlign w:val="center"/>
          </w:tcPr>
          <w:p>
            <w:pPr>
              <w:spacing w:before="20" w:after="20"/>
            </w:pPr>
            <w:r>
              <w:rPr>
                <w:rFonts w:ascii="Cambria" w:hAnsi="Cambria"/>
                <w:sz w:val="15"/>
              </w:rPr>
              <w:t>Dnevni čas od – do:</w:t>
            </w:r>
          </w:p>
        </w:tc>
        <w:tc>
          <w:tcPr>
            <w:tcW w:type="dxa" w:w="1020"/>
            <w:vAlign w:val="center"/>
          </w:tcPr>
          <w:p/>
        </w:tc>
        <w:tc>
          <w:tcPr>
            <w:tcW w:type="dxa" w:w="1247"/>
            <w:vAlign w:val="center"/>
          </w:tcPr>
          <w:p/>
        </w:tc>
        <w:tc>
          <w:tcPr>
            <w:tcW w:type="dxa" w:w="1701"/>
            <w:vAlign w:val="center"/>
          </w:tcPr>
          <w:p/>
        </w:tc>
      </w:tr>
    </w:tbl>
    <w:p>
      <w:pPr>
        <w:spacing w:after="40"/>
      </w:pPr>
    </w:p>
    <w:tbl>
      <w:tblPr>
        <w:tblStyle w:val="TableGrid"/>
        <w:tblW w:type="auto" w:w="0"/>
        <w:tblLayout w:type="fixed"/>
        <w:tblLook w:firstColumn="1" w:firstRow="1" w:lastColumn="0" w:lastRow="0" w:noHBand="0" w:noVBand="1" w:val="04A0"/>
      </w:tblPr>
      <w:tblGrid>
        <w:gridCol w:w="1360"/>
        <w:gridCol w:w="2608"/>
        <w:gridCol w:w="1474"/>
        <w:gridCol w:w="1020"/>
        <w:gridCol w:w="1247"/>
        <w:gridCol w:w="1701"/>
      </w:tblGrid>
      <w:tr>
        <w:trPr>
          <w:cantSplit/>
        </w:trPr>
        <w:tc>
          <w:tcPr>
            <w:tcW w:type="dxa" w:w="9411"/>
            <w:gridSpan w:val="6"/>
            <w:shd w:val="clear" w:fill="F2F2F2"/>
            <w:vAlign w:val="center"/>
          </w:tcPr>
          <w:p>
            <w:pPr>
              <w:keepNext/>
              <w:spacing w:before="20" w:after="20"/>
            </w:pPr>
            <w:r>
              <w:rPr>
                <w:rFonts w:ascii="Cambria" w:hAnsi="Cambria"/>
                <w:b/>
                <w:sz w:val="15"/>
              </w:rPr>
              <w:t>PARKIRIŠČE 3</w:t>
            </w:r>
          </w:p>
        </w:tc>
      </w:tr>
      <w:tr>
        <w:trPr>
          <w:cantSplit/>
        </w:trPr>
        <w:tc>
          <w:tcPr>
            <w:tcW w:type="dxa" w:w="1361"/>
            <w:vAlign w:val="center"/>
          </w:tcPr>
          <w:p>
            <w:pPr>
              <w:keepNext/>
              <w:spacing w:before="20" w:after="20"/>
            </w:pPr>
            <w:r>
              <w:rPr>
                <w:rFonts w:ascii="Cambria" w:hAnsi="Cambria"/>
                <w:sz w:val="15"/>
              </w:rPr>
              <w:t>Parkirišče:</w:t>
            </w:r>
          </w:p>
        </w:tc>
        <w:tc>
          <w:tcPr>
            <w:tcW w:type="dxa" w:w="2608"/>
            <w:vAlign w:val="center"/>
          </w:tcPr>
          <w:p>
            <w:pPr>
              <w:keepNext/>
            </w:pPr>
          </w:p>
        </w:tc>
        <w:tc>
          <w:tcPr>
            <w:tcW w:type="dxa" w:w="1474"/>
            <w:vAlign w:val="center"/>
          </w:tcPr>
          <w:p>
            <w:pPr>
              <w:keepNext/>
              <w:spacing w:before="20" w:after="20"/>
            </w:pPr>
            <w:r>
              <w:rPr>
                <w:rFonts w:ascii="Cambria" w:hAnsi="Cambria"/>
                <w:sz w:val="15"/>
              </w:rPr>
              <w:t>Št. mest:</w:t>
            </w:r>
          </w:p>
        </w:tc>
        <w:tc>
          <w:tcPr>
            <w:tcW w:type="dxa" w:w="1020"/>
            <w:vAlign w:val="center"/>
          </w:tcPr>
          <w:p>
            <w:pPr>
              <w:keepNext/>
            </w:pPr>
          </w:p>
        </w:tc>
        <w:tc>
          <w:tcPr>
            <w:tcW w:type="dxa" w:w="1247"/>
            <w:vAlign w:val="center"/>
          </w:tcPr>
          <w:p>
            <w:pPr>
              <w:keepNext/>
              <w:spacing w:before="20" w:after="20"/>
            </w:pPr>
            <w:r>
              <w:rPr>
                <w:rFonts w:ascii="Cambria" w:hAnsi="Cambria"/>
                <w:sz w:val="15"/>
              </w:rPr>
              <w:t>Št. dni:</w:t>
            </w:r>
          </w:p>
        </w:tc>
        <w:tc>
          <w:tcPr>
            <w:tcW w:type="dxa" w:w="1701"/>
            <w:vAlign w:val="center"/>
          </w:tcPr>
          <w:p>
            <w:pPr>
              <w:keepNext/>
            </w:pPr>
          </w:p>
        </w:tc>
      </w:tr>
      <w:tr>
        <w:trPr>
          <w:cantSplit/>
        </w:trPr>
        <w:tc>
          <w:tcPr>
            <w:tcW w:type="dxa" w:w="1361"/>
            <w:vAlign w:val="center"/>
          </w:tcPr>
          <w:p>
            <w:pPr>
              <w:spacing w:before="20" w:after="20"/>
            </w:pPr>
            <w:r>
              <w:rPr>
                <w:rFonts w:ascii="Cambria" w:hAnsi="Cambria"/>
                <w:sz w:val="15"/>
              </w:rPr>
              <w:t>Datum od – do:</w:t>
            </w:r>
          </w:p>
        </w:tc>
        <w:tc>
          <w:tcPr>
            <w:tcW w:type="dxa" w:w="2608"/>
            <w:vAlign w:val="center"/>
          </w:tcPr>
          <w:p/>
        </w:tc>
        <w:tc>
          <w:tcPr>
            <w:tcW w:type="dxa" w:w="1474"/>
            <w:vAlign w:val="center"/>
          </w:tcPr>
          <w:p>
            <w:pPr>
              <w:spacing w:before="20" w:after="20"/>
            </w:pPr>
            <w:r>
              <w:rPr>
                <w:rFonts w:ascii="Cambria" w:hAnsi="Cambria"/>
                <w:sz w:val="15"/>
              </w:rPr>
              <w:t>Dnevni čas od – do:</w:t>
            </w:r>
          </w:p>
        </w:tc>
        <w:tc>
          <w:tcPr>
            <w:tcW w:type="dxa" w:w="1020"/>
            <w:vAlign w:val="center"/>
          </w:tcPr>
          <w:p/>
        </w:tc>
        <w:tc>
          <w:tcPr>
            <w:tcW w:type="dxa" w:w="1247"/>
            <w:vAlign w:val="center"/>
          </w:tcPr>
          <w:p/>
        </w:tc>
        <w:tc>
          <w:tcPr>
            <w:tcW w:type="dxa" w:w="1701"/>
            <w:vAlign w:val="center"/>
          </w:tcPr>
          <w:p/>
        </w:tc>
      </w:tr>
    </w:tbl>
    <w:p>
      <w:pPr>
        <w:spacing w:after="40"/>
      </w:pPr>
    </w:p>
    <w:tbl>
      <w:tblPr>
        <w:tblStyle w:val="TableGrid"/>
        <w:tblW w:type="auto" w:w="0"/>
        <w:tblLayout w:type="fixed"/>
        <w:tblLook w:firstColumn="1" w:firstRow="1" w:lastColumn="0" w:lastRow="0" w:noHBand="0" w:noVBand="1" w:val="04A0"/>
      </w:tblPr>
      <w:tblGrid>
        <w:gridCol w:w="1360"/>
        <w:gridCol w:w="2608"/>
        <w:gridCol w:w="1474"/>
        <w:gridCol w:w="1020"/>
        <w:gridCol w:w="1247"/>
        <w:gridCol w:w="1701"/>
      </w:tblGrid>
      <w:tr>
        <w:trPr>
          <w:cantSplit/>
        </w:trPr>
        <w:tc>
          <w:tcPr>
            <w:tcW w:type="dxa" w:w="9411"/>
            <w:gridSpan w:val="6"/>
            <w:shd w:val="clear" w:fill="F2F2F2"/>
            <w:vAlign w:val="center"/>
          </w:tcPr>
          <w:p>
            <w:pPr>
              <w:keepNext/>
              <w:spacing w:before="20" w:after="20"/>
            </w:pPr>
            <w:r>
              <w:rPr>
                <w:rFonts w:ascii="Cambria" w:hAnsi="Cambria"/>
                <w:b/>
                <w:sz w:val="15"/>
              </w:rPr>
              <w:t>PARKIRIŠČE 4</w:t>
            </w:r>
          </w:p>
        </w:tc>
      </w:tr>
      <w:tr>
        <w:trPr>
          <w:cantSplit/>
        </w:trPr>
        <w:tc>
          <w:tcPr>
            <w:tcW w:type="dxa" w:w="1361"/>
            <w:vAlign w:val="center"/>
          </w:tcPr>
          <w:p>
            <w:pPr>
              <w:keepNext/>
              <w:spacing w:before="20" w:after="20"/>
            </w:pPr>
            <w:r>
              <w:rPr>
                <w:rFonts w:ascii="Cambria" w:hAnsi="Cambria"/>
                <w:sz w:val="15"/>
              </w:rPr>
              <w:t>Parkirišče:</w:t>
            </w:r>
          </w:p>
        </w:tc>
        <w:tc>
          <w:tcPr>
            <w:tcW w:type="dxa" w:w="2608"/>
            <w:vAlign w:val="center"/>
          </w:tcPr>
          <w:p>
            <w:pPr>
              <w:keepNext/>
            </w:pPr>
          </w:p>
        </w:tc>
        <w:tc>
          <w:tcPr>
            <w:tcW w:type="dxa" w:w="1474"/>
            <w:vAlign w:val="center"/>
          </w:tcPr>
          <w:p>
            <w:pPr>
              <w:keepNext/>
              <w:spacing w:before="20" w:after="20"/>
            </w:pPr>
            <w:r>
              <w:rPr>
                <w:rFonts w:ascii="Cambria" w:hAnsi="Cambria"/>
                <w:sz w:val="15"/>
              </w:rPr>
              <w:t>Št. mest:</w:t>
            </w:r>
          </w:p>
        </w:tc>
        <w:tc>
          <w:tcPr>
            <w:tcW w:type="dxa" w:w="1020"/>
            <w:vAlign w:val="center"/>
          </w:tcPr>
          <w:p>
            <w:pPr>
              <w:keepNext/>
            </w:pPr>
          </w:p>
        </w:tc>
        <w:tc>
          <w:tcPr>
            <w:tcW w:type="dxa" w:w="1247"/>
            <w:vAlign w:val="center"/>
          </w:tcPr>
          <w:p>
            <w:pPr>
              <w:keepNext/>
              <w:spacing w:before="20" w:after="20"/>
            </w:pPr>
            <w:r>
              <w:rPr>
                <w:rFonts w:ascii="Cambria" w:hAnsi="Cambria"/>
                <w:sz w:val="15"/>
              </w:rPr>
              <w:t>Št. dni:</w:t>
            </w:r>
          </w:p>
        </w:tc>
        <w:tc>
          <w:tcPr>
            <w:tcW w:type="dxa" w:w="1701"/>
            <w:vAlign w:val="center"/>
          </w:tcPr>
          <w:p>
            <w:pPr>
              <w:keepNext/>
            </w:pPr>
          </w:p>
        </w:tc>
      </w:tr>
      <w:tr>
        <w:trPr>
          <w:cantSplit/>
        </w:trPr>
        <w:tc>
          <w:tcPr>
            <w:tcW w:type="dxa" w:w="1361"/>
            <w:vAlign w:val="center"/>
          </w:tcPr>
          <w:p>
            <w:pPr>
              <w:spacing w:before="20" w:after="20"/>
            </w:pPr>
            <w:r>
              <w:rPr>
                <w:rFonts w:ascii="Cambria" w:hAnsi="Cambria"/>
                <w:sz w:val="15"/>
              </w:rPr>
              <w:t>Datum od – do:</w:t>
            </w:r>
          </w:p>
        </w:tc>
        <w:tc>
          <w:tcPr>
            <w:tcW w:type="dxa" w:w="2608"/>
            <w:vAlign w:val="center"/>
          </w:tcPr>
          <w:p/>
        </w:tc>
        <w:tc>
          <w:tcPr>
            <w:tcW w:type="dxa" w:w="1474"/>
            <w:vAlign w:val="center"/>
          </w:tcPr>
          <w:p>
            <w:pPr>
              <w:spacing w:before="20" w:after="20"/>
            </w:pPr>
            <w:r>
              <w:rPr>
                <w:rFonts w:ascii="Cambria" w:hAnsi="Cambria"/>
                <w:sz w:val="15"/>
              </w:rPr>
              <w:t>Dnevni čas od – do:</w:t>
            </w:r>
          </w:p>
        </w:tc>
        <w:tc>
          <w:tcPr>
            <w:tcW w:type="dxa" w:w="1020"/>
            <w:vAlign w:val="center"/>
          </w:tcPr>
          <w:p/>
        </w:tc>
        <w:tc>
          <w:tcPr>
            <w:tcW w:type="dxa" w:w="1247"/>
            <w:vAlign w:val="center"/>
          </w:tcPr>
          <w:p/>
        </w:tc>
        <w:tc>
          <w:tcPr>
            <w:tcW w:type="dxa" w:w="1701"/>
            <w:vAlign w:val="center"/>
          </w:tcPr>
          <w:p/>
        </w:tc>
      </w:tr>
    </w:tbl>
    <w:p>
      <w:pPr>
        <w:spacing w:after="40"/>
      </w:pPr>
    </w:p>
    <w:tbl>
      <w:tblPr>
        <w:tblStyle w:val="TableGrid"/>
        <w:tblW w:type="auto" w:w="0"/>
        <w:tblLayout w:type="fixed"/>
        <w:tblLook w:firstColumn="1" w:firstRow="1" w:lastColumn="0" w:lastRow="0" w:noHBand="0" w:noVBand="1" w:val="04A0"/>
      </w:tblPr>
      <w:tblGrid>
        <w:gridCol w:w="1360"/>
        <w:gridCol w:w="2608"/>
        <w:gridCol w:w="1474"/>
        <w:gridCol w:w="1020"/>
        <w:gridCol w:w="1247"/>
        <w:gridCol w:w="1701"/>
      </w:tblGrid>
      <w:tr>
        <w:trPr>
          <w:cantSplit/>
        </w:trPr>
        <w:tc>
          <w:tcPr>
            <w:tcW w:type="dxa" w:w="9411"/>
            <w:gridSpan w:val="6"/>
            <w:shd w:val="clear" w:fill="F2F2F2"/>
            <w:vAlign w:val="center"/>
          </w:tcPr>
          <w:p>
            <w:pPr>
              <w:keepNext/>
              <w:spacing w:before="20" w:after="20"/>
            </w:pPr>
            <w:r>
              <w:rPr>
                <w:rFonts w:ascii="Cambria" w:hAnsi="Cambria"/>
                <w:b/>
                <w:sz w:val="15"/>
              </w:rPr>
              <w:t>PARKIRIŠČE 5</w:t>
            </w:r>
          </w:p>
        </w:tc>
      </w:tr>
      <w:tr>
        <w:trPr>
          <w:cantSplit/>
        </w:trPr>
        <w:tc>
          <w:tcPr>
            <w:tcW w:type="dxa" w:w="1361"/>
            <w:vAlign w:val="center"/>
          </w:tcPr>
          <w:p>
            <w:pPr>
              <w:keepNext/>
              <w:spacing w:before="20" w:after="20"/>
            </w:pPr>
            <w:r>
              <w:rPr>
                <w:rFonts w:ascii="Cambria" w:hAnsi="Cambria"/>
                <w:sz w:val="15"/>
              </w:rPr>
              <w:t>Parkirišče:</w:t>
            </w:r>
          </w:p>
        </w:tc>
        <w:tc>
          <w:tcPr>
            <w:tcW w:type="dxa" w:w="2608"/>
            <w:vAlign w:val="center"/>
          </w:tcPr>
          <w:p>
            <w:pPr>
              <w:keepNext/>
            </w:pPr>
          </w:p>
        </w:tc>
        <w:tc>
          <w:tcPr>
            <w:tcW w:type="dxa" w:w="1474"/>
            <w:vAlign w:val="center"/>
          </w:tcPr>
          <w:p>
            <w:pPr>
              <w:keepNext/>
              <w:spacing w:before="20" w:after="20"/>
            </w:pPr>
            <w:r>
              <w:rPr>
                <w:rFonts w:ascii="Cambria" w:hAnsi="Cambria"/>
                <w:sz w:val="15"/>
              </w:rPr>
              <w:t>Št. mest:</w:t>
            </w:r>
          </w:p>
        </w:tc>
        <w:tc>
          <w:tcPr>
            <w:tcW w:type="dxa" w:w="1020"/>
            <w:vAlign w:val="center"/>
          </w:tcPr>
          <w:p>
            <w:pPr>
              <w:keepNext/>
            </w:pPr>
          </w:p>
        </w:tc>
        <w:tc>
          <w:tcPr>
            <w:tcW w:type="dxa" w:w="1247"/>
            <w:vAlign w:val="center"/>
          </w:tcPr>
          <w:p>
            <w:pPr>
              <w:keepNext/>
              <w:spacing w:before="20" w:after="20"/>
            </w:pPr>
            <w:r>
              <w:rPr>
                <w:rFonts w:ascii="Cambria" w:hAnsi="Cambria"/>
                <w:sz w:val="15"/>
              </w:rPr>
              <w:t>Št. dni:</w:t>
            </w:r>
          </w:p>
        </w:tc>
        <w:tc>
          <w:tcPr>
            <w:tcW w:type="dxa" w:w="1701"/>
            <w:vAlign w:val="center"/>
          </w:tcPr>
          <w:p>
            <w:pPr>
              <w:keepNext/>
            </w:pPr>
          </w:p>
        </w:tc>
      </w:tr>
      <w:tr>
        <w:trPr>
          <w:cantSplit/>
        </w:trPr>
        <w:tc>
          <w:tcPr>
            <w:tcW w:type="dxa" w:w="1361"/>
            <w:vAlign w:val="center"/>
          </w:tcPr>
          <w:p>
            <w:pPr>
              <w:spacing w:before="20" w:after="20"/>
            </w:pPr>
            <w:r>
              <w:rPr>
                <w:rFonts w:ascii="Cambria" w:hAnsi="Cambria"/>
                <w:sz w:val="15"/>
              </w:rPr>
              <w:t>Datum od – do:</w:t>
            </w:r>
          </w:p>
        </w:tc>
        <w:tc>
          <w:tcPr>
            <w:tcW w:type="dxa" w:w="2608"/>
            <w:vAlign w:val="center"/>
          </w:tcPr>
          <w:p/>
        </w:tc>
        <w:tc>
          <w:tcPr>
            <w:tcW w:type="dxa" w:w="1474"/>
            <w:vAlign w:val="center"/>
          </w:tcPr>
          <w:p>
            <w:pPr>
              <w:spacing w:before="20" w:after="20"/>
            </w:pPr>
            <w:r>
              <w:rPr>
                <w:rFonts w:ascii="Cambria" w:hAnsi="Cambria"/>
                <w:sz w:val="15"/>
              </w:rPr>
              <w:t>Dnevni čas od – do:</w:t>
            </w:r>
          </w:p>
        </w:tc>
        <w:tc>
          <w:tcPr>
            <w:tcW w:type="dxa" w:w="1020"/>
            <w:vAlign w:val="center"/>
          </w:tcPr>
          <w:p/>
        </w:tc>
        <w:tc>
          <w:tcPr>
            <w:tcW w:type="dxa" w:w="1247"/>
            <w:vAlign w:val="center"/>
          </w:tcPr>
          <w:p/>
        </w:tc>
        <w:tc>
          <w:tcPr>
            <w:tcW w:type="dxa" w:w="1701"/>
            <w:vAlign w:val="center"/>
          </w:tcPr>
          <w:p/>
        </w:tc>
      </w:tr>
    </w:tbl>
    <w:p>
      <w:pPr>
        <w:spacing w:after="40"/>
      </w:pPr>
    </w:p>
    <w:tbl>
      <w:tblPr>
        <w:tblStyle w:val="TableGrid"/>
        <w:tblW w:type="auto" w:w="0"/>
        <w:tblLayout w:type="fixed"/>
        <w:tblLook w:firstColumn="1" w:firstRow="1" w:lastColumn="0" w:lastRow="0" w:noHBand="0" w:noVBand="1" w:val="04A0"/>
      </w:tblPr>
      <w:tblGrid>
        <w:gridCol w:w="1360"/>
        <w:gridCol w:w="2608"/>
        <w:gridCol w:w="1474"/>
        <w:gridCol w:w="1020"/>
        <w:gridCol w:w="1247"/>
        <w:gridCol w:w="1701"/>
      </w:tblGrid>
      <w:tr>
        <w:trPr>
          <w:cantSplit/>
        </w:trPr>
        <w:tc>
          <w:tcPr>
            <w:tcW w:type="dxa" w:w="9411"/>
            <w:gridSpan w:val="6"/>
            <w:shd w:val="clear" w:fill="F2F2F2"/>
            <w:vAlign w:val="center"/>
          </w:tcPr>
          <w:p>
            <w:pPr>
              <w:keepNext/>
              <w:spacing w:before="20" w:after="20"/>
            </w:pPr>
            <w:r>
              <w:rPr>
                <w:rFonts w:ascii="Cambria" w:hAnsi="Cambria"/>
                <w:b/>
                <w:sz w:val="15"/>
              </w:rPr>
              <w:t>PARKIRIŠČE 6</w:t>
            </w:r>
          </w:p>
        </w:tc>
      </w:tr>
      <w:tr>
        <w:trPr>
          <w:cantSplit/>
        </w:trPr>
        <w:tc>
          <w:tcPr>
            <w:tcW w:type="dxa" w:w="1361"/>
            <w:vAlign w:val="center"/>
          </w:tcPr>
          <w:p>
            <w:pPr>
              <w:keepNext/>
              <w:spacing w:before="20" w:after="20"/>
            </w:pPr>
            <w:r>
              <w:rPr>
                <w:rFonts w:ascii="Cambria" w:hAnsi="Cambria"/>
                <w:sz w:val="15"/>
              </w:rPr>
              <w:t>Parkirišče:</w:t>
            </w:r>
          </w:p>
        </w:tc>
        <w:tc>
          <w:tcPr>
            <w:tcW w:type="dxa" w:w="2608"/>
            <w:vAlign w:val="center"/>
          </w:tcPr>
          <w:p>
            <w:pPr>
              <w:keepNext/>
            </w:pPr>
          </w:p>
        </w:tc>
        <w:tc>
          <w:tcPr>
            <w:tcW w:type="dxa" w:w="1474"/>
            <w:vAlign w:val="center"/>
          </w:tcPr>
          <w:p>
            <w:pPr>
              <w:keepNext/>
              <w:spacing w:before="20" w:after="20"/>
            </w:pPr>
            <w:r>
              <w:rPr>
                <w:rFonts w:ascii="Cambria" w:hAnsi="Cambria"/>
                <w:sz w:val="15"/>
              </w:rPr>
              <w:t>Št. mest:</w:t>
            </w:r>
          </w:p>
        </w:tc>
        <w:tc>
          <w:tcPr>
            <w:tcW w:type="dxa" w:w="1020"/>
            <w:vAlign w:val="center"/>
          </w:tcPr>
          <w:p>
            <w:pPr>
              <w:keepNext/>
            </w:pPr>
          </w:p>
        </w:tc>
        <w:tc>
          <w:tcPr>
            <w:tcW w:type="dxa" w:w="1247"/>
            <w:vAlign w:val="center"/>
          </w:tcPr>
          <w:p>
            <w:pPr>
              <w:keepNext/>
              <w:spacing w:before="20" w:after="20"/>
            </w:pPr>
            <w:r>
              <w:rPr>
                <w:rFonts w:ascii="Cambria" w:hAnsi="Cambria"/>
                <w:sz w:val="15"/>
              </w:rPr>
              <w:t>Št. dni:</w:t>
            </w:r>
          </w:p>
        </w:tc>
        <w:tc>
          <w:tcPr>
            <w:tcW w:type="dxa" w:w="1701"/>
            <w:vAlign w:val="center"/>
          </w:tcPr>
          <w:p>
            <w:pPr>
              <w:keepNext/>
            </w:pPr>
          </w:p>
        </w:tc>
      </w:tr>
      <w:tr>
        <w:trPr>
          <w:cantSplit/>
        </w:trPr>
        <w:tc>
          <w:tcPr>
            <w:tcW w:type="dxa" w:w="1361"/>
            <w:vAlign w:val="center"/>
          </w:tcPr>
          <w:p>
            <w:pPr>
              <w:spacing w:before="20" w:after="20"/>
            </w:pPr>
            <w:r>
              <w:rPr>
                <w:rFonts w:ascii="Cambria" w:hAnsi="Cambria"/>
                <w:sz w:val="15"/>
              </w:rPr>
              <w:t>Datum od – do:</w:t>
            </w:r>
          </w:p>
        </w:tc>
        <w:tc>
          <w:tcPr>
            <w:tcW w:type="dxa" w:w="2608"/>
            <w:vAlign w:val="center"/>
          </w:tcPr>
          <w:p/>
        </w:tc>
        <w:tc>
          <w:tcPr>
            <w:tcW w:type="dxa" w:w="1474"/>
            <w:vAlign w:val="center"/>
          </w:tcPr>
          <w:p>
            <w:pPr>
              <w:spacing w:before="20" w:after="20"/>
            </w:pPr>
            <w:r>
              <w:rPr>
                <w:rFonts w:ascii="Cambria" w:hAnsi="Cambria"/>
                <w:sz w:val="15"/>
              </w:rPr>
              <w:t>Dnevni čas od – do:</w:t>
            </w:r>
          </w:p>
        </w:tc>
        <w:tc>
          <w:tcPr>
            <w:tcW w:type="dxa" w:w="1020"/>
            <w:vAlign w:val="center"/>
          </w:tcPr>
          <w:p/>
        </w:tc>
        <w:tc>
          <w:tcPr>
            <w:tcW w:type="dxa" w:w="1247"/>
            <w:vAlign w:val="center"/>
          </w:tcPr>
          <w:p/>
        </w:tc>
        <w:tc>
          <w:tcPr>
            <w:tcW w:type="dxa" w:w="1701"/>
            <w:vAlign w:val="center"/>
          </w:tcPr>
          <w:p/>
        </w:tc>
      </w:tr>
    </w:tbl>
    <w:p>
      <w:pPr>
        <w:spacing w:after="40"/>
      </w:pPr>
    </w:p>
    <w:tbl>
      <w:tblPr>
        <w:tblStyle w:val="TableGrid"/>
        <w:tblW w:type="auto" w:w="0"/>
        <w:tblLayout w:type="fixed"/>
        <w:tblLook w:firstColumn="1" w:firstRow="1" w:lastColumn="0" w:lastRow="0" w:noHBand="0" w:noVBand="1" w:val="04A0"/>
      </w:tblPr>
      <w:tblGrid>
        <w:gridCol w:w="1360"/>
        <w:gridCol w:w="2608"/>
        <w:gridCol w:w="1474"/>
        <w:gridCol w:w="1020"/>
        <w:gridCol w:w="1247"/>
        <w:gridCol w:w="1701"/>
      </w:tblGrid>
      <w:tr>
        <w:trPr>
          <w:cantSplit/>
        </w:trPr>
        <w:tc>
          <w:tcPr>
            <w:tcW w:type="dxa" w:w="9411"/>
            <w:gridSpan w:val="6"/>
            <w:shd w:val="clear" w:fill="F2F2F2"/>
            <w:vAlign w:val="center"/>
          </w:tcPr>
          <w:p>
            <w:pPr>
              <w:keepNext/>
              <w:spacing w:before="20" w:after="20"/>
            </w:pPr>
            <w:r>
              <w:rPr>
                <w:rFonts w:ascii="Cambria" w:hAnsi="Cambria"/>
                <w:b/>
                <w:sz w:val="15"/>
              </w:rPr>
              <w:t>PARKIRIŠČE 7</w:t>
            </w:r>
          </w:p>
        </w:tc>
      </w:tr>
      <w:tr>
        <w:trPr>
          <w:cantSplit/>
        </w:trPr>
        <w:tc>
          <w:tcPr>
            <w:tcW w:type="dxa" w:w="1361"/>
            <w:vAlign w:val="center"/>
          </w:tcPr>
          <w:p>
            <w:pPr>
              <w:keepNext/>
              <w:spacing w:before="20" w:after="20"/>
            </w:pPr>
            <w:r>
              <w:rPr>
                <w:rFonts w:ascii="Cambria" w:hAnsi="Cambria"/>
                <w:sz w:val="15"/>
              </w:rPr>
              <w:t>Parkirišče:</w:t>
            </w:r>
          </w:p>
        </w:tc>
        <w:tc>
          <w:tcPr>
            <w:tcW w:type="dxa" w:w="2608"/>
            <w:vAlign w:val="center"/>
          </w:tcPr>
          <w:p>
            <w:pPr>
              <w:keepNext/>
            </w:pPr>
          </w:p>
        </w:tc>
        <w:tc>
          <w:tcPr>
            <w:tcW w:type="dxa" w:w="1474"/>
            <w:vAlign w:val="center"/>
          </w:tcPr>
          <w:p>
            <w:pPr>
              <w:keepNext/>
              <w:spacing w:before="20" w:after="20"/>
            </w:pPr>
            <w:r>
              <w:rPr>
                <w:rFonts w:ascii="Cambria" w:hAnsi="Cambria"/>
                <w:sz w:val="15"/>
              </w:rPr>
              <w:t>Št. mest:</w:t>
            </w:r>
          </w:p>
        </w:tc>
        <w:tc>
          <w:tcPr>
            <w:tcW w:type="dxa" w:w="1020"/>
            <w:vAlign w:val="center"/>
          </w:tcPr>
          <w:p>
            <w:pPr>
              <w:keepNext/>
            </w:pPr>
          </w:p>
        </w:tc>
        <w:tc>
          <w:tcPr>
            <w:tcW w:type="dxa" w:w="1247"/>
            <w:vAlign w:val="center"/>
          </w:tcPr>
          <w:p>
            <w:pPr>
              <w:keepNext/>
              <w:spacing w:before="20" w:after="20"/>
            </w:pPr>
            <w:r>
              <w:rPr>
                <w:rFonts w:ascii="Cambria" w:hAnsi="Cambria"/>
                <w:sz w:val="15"/>
              </w:rPr>
              <w:t>Št. dni:</w:t>
            </w:r>
          </w:p>
        </w:tc>
        <w:tc>
          <w:tcPr>
            <w:tcW w:type="dxa" w:w="1701"/>
            <w:vAlign w:val="center"/>
          </w:tcPr>
          <w:p>
            <w:pPr>
              <w:keepNext/>
            </w:pPr>
          </w:p>
        </w:tc>
      </w:tr>
      <w:tr>
        <w:trPr>
          <w:cantSplit/>
        </w:trPr>
        <w:tc>
          <w:tcPr>
            <w:tcW w:type="dxa" w:w="1361"/>
            <w:vAlign w:val="center"/>
          </w:tcPr>
          <w:p>
            <w:pPr>
              <w:spacing w:before="20" w:after="20"/>
            </w:pPr>
            <w:r>
              <w:rPr>
                <w:rFonts w:ascii="Cambria" w:hAnsi="Cambria"/>
                <w:sz w:val="15"/>
              </w:rPr>
              <w:t>Datum od – do:</w:t>
            </w:r>
          </w:p>
        </w:tc>
        <w:tc>
          <w:tcPr>
            <w:tcW w:type="dxa" w:w="2608"/>
            <w:vAlign w:val="center"/>
          </w:tcPr>
          <w:p/>
        </w:tc>
        <w:tc>
          <w:tcPr>
            <w:tcW w:type="dxa" w:w="1474"/>
            <w:vAlign w:val="center"/>
          </w:tcPr>
          <w:p>
            <w:pPr>
              <w:spacing w:before="20" w:after="20"/>
            </w:pPr>
            <w:r>
              <w:rPr>
                <w:rFonts w:ascii="Cambria" w:hAnsi="Cambria"/>
                <w:sz w:val="15"/>
              </w:rPr>
              <w:t>Dnevni čas od – do:</w:t>
            </w:r>
          </w:p>
        </w:tc>
        <w:tc>
          <w:tcPr>
            <w:tcW w:type="dxa" w:w="1020"/>
            <w:vAlign w:val="center"/>
          </w:tcPr>
          <w:p/>
        </w:tc>
        <w:tc>
          <w:tcPr>
            <w:tcW w:type="dxa" w:w="1247"/>
            <w:vAlign w:val="center"/>
          </w:tcPr>
          <w:p/>
        </w:tc>
        <w:tc>
          <w:tcPr>
            <w:tcW w:type="dxa" w:w="1701"/>
            <w:vAlign w:val="center"/>
          </w:tcPr>
          <w:p/>
        </w:tc>
      </w:tr>
    </w:tbl>
    <w:p>
      <w:pPr>
        <w:spacing w:after="40"/>
      </w:pPr>
    </w:p>
    <w:tbl>
      <w:tblPr>
        <w:tblStyle w:val="TableGrid"/>
        <w:tblW w:type="auto" w:w="0"/>
        <w:tblLayout w:type="fixed"/>
        <w:tblLook w:firstColumn="1" w:firstRow="1" w:lastColumn="0" w:lastRow="0" w:noHBand="0" w:noVBand="1" w:val="04A0"/>
      </w:tblPr>
      <w:tblGrid>
        <w:gridCol w:w="1360"/>
        <w:gridCol w:w="2608"/>
        <w:gridCol w:w="1474"/>
        <w:gridCol w:w="1020"/>
        <w:gridCol w:w="1247"/>
        <w:gridCol w:w="1701"/>
      </w:tblGrid>
      <w:tr>
        <w:trPr>
          <w:cantSplit/>
        </w:trPr>
        <w:tc>
          <w:tcPr>
            <w:tcW w:type="dxa" w:w="9411"/>
            <w:gridSpan w:val="6"/>
            <w:shd w:val="clear" w:fill="F2F2F2"/>
            <w:vAlign w:val="center"/>
          </w:tcPr>
          <w:p>
            <w:pPr>
              <w:keepNext/>
              <w:spacing w:before="20" w:after="20"/>
            </w:pPr>
            <w:r>
              <w:rPr>
                <w:rFonts w:ascii="Cambria" w:hAnsi="Cambria"/>
                <w:b/>
                <w:sz w:val="15"/>
              </w:rPr>
              <w:t>PARKIRIŠČE 8</w:t>
            </w:r>
          </w:p>
        </w:tc>
      </w:tr>
      <w:tr>
        <w:trPr>
          <w:cantSplit/>
        </w:trPr>
        <w:tc>
          <w:tcPr>
            <w:tcW w:type="dxa" w:w="1361"/>
            <w:vAlign w:val="center"/>
          </w:tcPr>
          <w:p>
            <w:pPr>
              <w:keepNext/>
              <w:spacing w:before="20" w:after="20"/>
            </w:pPr>
            <w:r>
              <w:rPr>
                <w:rFonts w:ascii="Cambria" w:hAnsi="Cambria"/>
                <w:sz w:val="15"/>
              </w:rPr>
              <w:t>Parkirišče:</w:t>
            </w:r>
          </w:p>
        </w:tc>
        <w:tc>
          <w:tcPr>
            <w:tcW w:type="dxa" w:w="2608"/>
            <w:vAlign w:val="center"/>
          </w:tcPr>
          <w:p>
            <w:pPr>
              <w:keepNext/>
            </w:pPr>
          </w:p>
        </w:tc>
        <w:tc>
          <w:tcPr>
            <w:tcW w:type="dxa" w:w="1474"/>
            <w:vAlign w:val="center"/>
          </w:tcPr>
          <w:p>
            <w:pPr>
              <w:keepNext/>
              <w:spacing w:before="20" w:after="20"/>
            </w:pPr>
            <w:r>
              <w:rPr>
                <w:rFonts w:ascii="Cambria" w:hAnsi="Cambria"/>
                <w:sz w:val="15"/>
              </w:rPr>
              <w:t>Št. mest:</w:t>
            </w:r>
          </w:p>
        </w:tc>
        <w:tc>
          <w:tcPr>
            <w:tcW w:type="dxa" w:w="1020"/>
            <w:vAlign w:val="center"/>
          </w:tcPr>
          <w:p>
            <w:pPr>
              <w:keepNext/>
            </w:pPr>
          </w:p>
        </w:tc>
        <w:tc>
          <w:tcPr>
            <w:tcW w:type="dxa" w:w="1247"/>
            <w:vAlign w:val="center"/>
          </w:tcPr>
          <w:p>
            <w:pPr>
              <w:keepNext/>
              <w:spacing w:before="20" w:after="20"/>
            </w:pPr>
            <w:r>
              <w:rPr>
                <w:rFonts w:ascii="Cambria" w:hAnsi="Cambria"/>
                <w:sz w:val="15"/>
              </w:rPr>
              <w:t>Št. dni:</w:t>
            </w:r>
          </w:p>
        </w:tc>
        <w:tc>
          <w:tcPr>
            <w:tcW w:type="dxa" w:w="1701"/>
            <w:vAlign w:val="center"/>
          </w:tcPr>
          <w:p>
            <w:pPr>
              <w:keepNext/>
            </w:pPr>
          </w:p>
        </w:tc>
      </w:tr>
      <w:tr>
        <w:trPr>
          <w:cantSplit/>
        </w:trPr>
        <w:tc>
          <w:tcPr>
            <w:tcW w:type="dxa" w:w="1361"/>
            <w:vAlign w:val="center"/>
          </w:tcPr>
          <w:p>
            <w:pPr>
              <w:spacing w:before="20" w:after="20"/>
            </w:pPr>
            <w:r>
              <w:rPr>
                <w:rFonts w:ascii="Cambria" w:hAnsi="Cambria"/>
                <w:sz w:val="15"/>
              </w:rPr>
              <w:t>Datum od – do:</w:t>
            </w:r>
          </w:p>
        </w:tc>
        <w:tc>
          <w:tcPr>
            <w:tcW w:type="dxa" w:w="2608"/>
            <w:vAlign w:val="center"/>
          </w:tcPr>
          <w:p/>
        </w:tc>
        <w:tc>
          <w:tcPr>
            <w:tcW w:type="dxa" w:w="1474"/>
            <w:vAlign w:val="center"/>
          </w:tcPr>
          <w:p>
            <w:pPr>
              <w:spacing w:before="20" w:after="20"/>
            </w:pPr>
            <w:r>
              <w:rPr>
                <w:rFonts w:ascii="Cambria" w:hAnsi="Cambria"/>
                <w:sz w:val="15"/>
              </w:rPr>
              <w:t>Dnevni čas od – do:</w:t>
            </w:r>
          </w:p>
        </w:tc>
        <w:tc>
          <w:tcPr>
            <w:tcW w:type="dxa" w:w="1020"/>
            <w:vAlign w:val="center"/>
          </w:tcPr>
          <w:p/>
        </w:tc>
        <w:tc>
          <w:tcPr>
            <w:tcW w:type="dxa" w:w="1247"/>
            <w:vAlign w:val="center"/>
          </w:tcPr>
          <w:p/>
        </w:tc>
        <w:tc>
          <w:tcPr>
            <w:tcW w:type="dxa" w:w="1701"/>
            <w:vAlign w:val="center"/>
          </w:tcPr>
          <w:p/>
        </w:tc>
      </w:tr>
    </w:tbl>
    <w:p>
      <w:pPr>
        <w:spacing w:after="40"/>
      </w:pPr>
    </w:p>
    <w:tbl>
      <w:tblPr>
        <w:tblStyle w:val="TableGrid"/>
        <w:tblW w:type="auto" w:w="0"/>
        <w:tblLayout w:type="fixed"/>
        <w:tblLook w:firstColumn="1" w:firstRow="1" w:lastColumn="0" w:lastRow="0" w:noHBand="0" w:noVBand="1" w:val="04A0"/>
      </w:tblPr>
      <w:tblGrid>
        <w:gridCol w:w="1360"/>
        <w:gridCol w:w="2608"/>
        <w:gridCol w:w="1474"/>
        <w:gridCol w:w="1020"/>
        <w:gridCol w:w="1247"/>
        <w:gridCol w:w="1701"/>
      </w:tblGrid>
      <w:tr>
        <w:trPr>
          <w:cantSplit/>
        </w:trPr>
        <w:tc>
          <w:tcPr>
            <w:tcW w:type="dxa" w:w="9411"/>
            <w:gridSpan w:val="6"/>
            <w:shd w:val="clear" w:fill="F2F2F2"/>
            <w:vAlign w:val="center"/>
          </w:tcPr>
          <w:p>
            <w:pPr>
              <w:keepNext/>
              <w:spacing w:before="20" w:after="20"/>
            </w:pPr>
            <w:r>
              <w:rPr>
                <w:rFonts w:ascii="Cambria" w:hAnsi="Cambria"/>
                <w:b/>
                <w:sz w:val="15"/>
              </w:rPr>
              <w:t>PARKIRIŠČE 9</w:t>
            </w:r>
          </w:p>
        </w:tc>
      </w:tr>
      <w:tr>
        <w:trPr>
          <w:cantSplit/>
        </w:trPr>
        <w:tc>
          <w:tcPr>
            <w:tcW w:type="dxa" w:w="1361"/>
            <w:vAlign w:val="center"/>
          </w:tcPr>
          <w:p>
            <w:pPr>
              <w:keepNext/>
              <w:spacing w:before="20" w:after="20"/>
            </w:pPr>
            <w:r>
              <w:rPr>
                <w:rFonts w:ascii="Cambria" w:hAnsi="Cambria"/>
                <w:sz w:val="15"/>
              </w:rPr>
              <w:t>Parkirišče:</w:t>
            </w:r>
          </w:p>
        </w:tc>
        <w:tc>
          <w:tcPr>
            <w:tcW w:type="dxa" w:w="2608"/>
            <w:vAlign w:val="center"/>
          </w:tcPr>
          <w:p>
            <w:pPr>
              <w:keepNext/>
            </w:pPr>
          </w:p>
        </w:tc>
        <w:tc>
          <w:tcPr>
            <w:tcW w:type="dxa" w:w="1474"/>
            <w:vAlign w:val="center"/>
          </w:tcPr>
          <w:p>
            <w:pPr>
              <w:keepNext/>
              <w:spacing w:before="20" w:after="20"/>
            </w:pPr>
            <w:r>
              <w:rPr>
                <w:rFonts w:ascii="Cambria" w:hAnsi="Cambria"/>
                <w:sz w:val="15"/>
              </w:rPr>
              <w:t>Št. mest:</w:t>
            </w:r>
          </w:p>
        </w:tc>
        <w:tc>
          <w:tcPr>
            <w:tcW w:type="dxa" w:w="1020"/>
            <w:vAlign w:val="center"/>
          </w:tcPr>
          <w:p>
            <w:pPr>
              <w:keepNext/>
            </w:pPr>
          </w:p>
        </w:tc>
        <w:tc>
          <w:tcPr>
            <w:tcW w:type="dxa" w:w="1247"/>
            <w:vAlign w:val="center"/>
          </w:tcPr>
          <w:p>
            <w:pPr>
              <w:keepNext/>
              <w:spacing w:before="20" w:after="20"/>
            </w:pPr>
            <w:r>
              <w:rPr>
                <w:rFonts w:ascii="Cambria" w:hAnsi="Cambria"/>
                <w:sz w:val="15"/>
              </w:rPr>
              <w:t>Št. dni:</w:t>
            </w:r>
          </w:p>
        </w:tc>
        <w:tc>
          <w:tcPr>
            <w:tcW w:type="dxa" w:w="1701"/>
            <w:vAlign w:val="center"/>
          </w:tcPr>
          <w:p>
            <w:pPr>
              <w:keepNext/>
            </w:pPr>
          </w:p>
        </w:tc>
      </w:tr>
      <w:tr>
        <w:trPr>
          <w:cantSplit/>
        </w:trPr>
        <w:tc>
          <w:tcPr>
            <w:tcW w:type="dxa" w:w="1361"/>
            <w:vAlign w:val="center"/>
          </w:tcPr>
          <w:p>
            <w:pPr>
              <w:spacing w:before="20" w:after="20"/>
            </w:pPr>
            <w:r>
              <w:rPr>
                <w:rFonts w:ascii="Cambria" w:hAnsi="Cambria"/>
                <w:sz w:val="15"/>
              </w:rPr>
              <w:t>Datum od – do:</w:t>
            </w:r>
          </w:p>
        </w:tc>
        <w:tc>
          <w:tcPr>
            <w:tcW w:type="dxa" w:w="2608"/>
            <w:vAlign w:val="center"/>
          </w:tcPr>
          <w:p/>
        </w:tc>
        <w:tc>
          <w:tcPr>
            <w:tcW w:type="dxa" w:w="1474"/>
            <w:vAlign w:val="center"/>
          </w:tcPr>
          <w:p>
            <w:pPr>
              <w:spacing w:before="20" w:after="20"/>
            </w:pPr>
            <w:r>
              <w:rPr>
                <w:rFonts w:ascii="Cambria" w:hAnsi="Cambria"/>
                <w:sz w:val="15"/>
              </w:rPr>
              <w:t>Dnevni čas od – do:</w:t>
            </w:r>
          </w:p>
        </w:tc>
        <w:tc>
          <w:tcPr>
            <w:tcW w:type="dxa" w:w="1020"/>
            <w:vAlign w:val="center"/>
          </w:tcPr>
          <w:p/>
        </w:tc>
        <w:tc>
          <w:tcPr>
            <w:tcW w:type="dxa" w:w="1247"/>
            <w:vAlign w:val="center"/>
          </w:tcPr>
          <w:p/>
        </w:tc>
        <w:tc>
          <w:tcPr>
            <w:tcW w:type="dxa" w:w="1701"/>
            <w:vAlign w:val="center"/>
          </w:tcPr>
          <w:p/>
        </w:tc>
      </w:tr>
    </w:tbl>
    <w:p>
      <w:pPr>
        <w:spacing w:after="40"/>
      </w:pPr>
    </w:p>
    <w:tbl>
      <w:tblPr>
        <w:tblStyle w:val="TableGrid"/>
        <w:tblW w:type="auto" w:w="0"/>
        <w:tblLayout w:type="fixed"/>
        <w:tblLook w:firstColumn="1" w:firstRow="1" w:lastColumn="0" w:lastRow="0" w:noHBand="0" w:noVBand="1" w:val="04A0"/>
      </w:tblPr>
      <w:tblGrid>
        <w:gridCol w:w="1360"/>
        <w:gridCol w:w="2608"/>
        <w:gridCol w:w="1474"/>
        <w:gridCol w:w="1020"/>
        <w:gridCol w:w="1247"/>
        <w:gridCol w:w="1701"/>
      </w:tblGrid>
      <w:tr>
        <w:trPr>
          <w:cantSplit/>
        </w:trPr>
        <w:tc>
          <w:tcPr>
            <w:tcW w:type="dxa" w:w="9411"/>
            <w:gridSpan w:val="6"/>
            <w:shd w:val="clear" w:fill="F2F2F2"/>
            <w:vAlign w:val="center"/>
          </w:tcPr>
          <w:p>
            <w:pPr>
              <w:keepNext/>
              <w:spacing w:before="20" w:after="20"/>
            </w:pPr>
            <w:r>
              <w:rPr>
                <w:rFonts w:ascii="Cambria" w:hAnsi="Cambria"/>
                <w:b/>
                <w:sz w:val="15"/>
              </w:rPr>
              <w:t>PARKIRIŠČE 10</w:t>
            </w:r>
          </w:p>
        </w:tc>
      </w:tr>
      <w:tr>
        <w:trPr>
          <w:cantSplit/>
        </w:trPr>
        <w:tc>
          <w:tcPr>
            <w:tcW w:type="dxa" w:w="1361"/>
            <w:vAlign w:val="center"/>
          </w:tcPr>
          <w:p>
            <w:pPr>
              <w:keepNext/>
              <w:spacing w:before="20" w:after="20"/>
            </w:pPr>
            <w:r>
              <w:rPr>
                <w:rFonts w:ascii="Cambria" w:hAnsi="Cambria"/>
                <w:sz w:val="15"/>
              </w:rPr>
              <w:t>Parkirišče:</w:t>
            </w:r>
          </w:p>
        </w:tc>
        <w:tc>
          <w:tcPr>
            <w:tcW w:type="dxa" w:w="2608"/>
            <w:vAlign w:val="center"/>
          </w:tcPr>
          <w:p>
            <w:pPr>
              <w:keepNext/>
            </w:pPr>
          </w:p>
        </w:tc>
        <w:tc>
          <w:tcPr>
            <w:tcW w:type="dxa" w:w="1474"/>
            <w:vAlign w:val="center"/>
          </w:tcPr>
          <w:p>
            <w:pPr>
              <w:keepNext/>
              <w:spacing w:before="20" w:after="20"/>
            </w:pPr>
            <w:r>
              <w:rPr>
                <w:rFonts w:ascii="Cambria" w:hAnsi="Cambria"/>
                <w:sz w:val="15"/>
              </w:rPr>
              <w:t>Št. mest:</w:t>
            </w:r>
          </w:p>
        </w:tc>
        <w:tc>
          <w:tcPr>
            <w:tcW w:type="dxa" w:w="1020"/>
            <w:vAlign w:val="center"/>
          </w:tcPr>
          <w:p>
            <w:pPr>
              <w:keepNext/>
            </w:pPr>
          </w:p>
        </w:tc>
        <w:tc>
          <w:tcPr>
            <w:tcW w:type="dxa" w:w="1247"/>
            <w:vAlign w:val="center"/>
          </w:tcPr>
          <w:p>
            <w:pPr>
              <w:keepNext/>
              <w:spacing w:before="20" w:after="20"/>
            </w:pPr>
            <w:r>
              <w:rPr>
                <w:rFonts w:ascii="Cambria" w:hAnsi="Cambria"/>
                <w:sz w:val="15"/>
              </w:rPr>
              <w:t>Št. dni:</w:t>
            </w:r>
          </w:p>
        </w:tc>
        <w:tc>
          <w:tcPr>
            <w:tcW w:type="dxa" w:w="1701"/>
            <w:vAlign w:val="center"/>
          </w:tcPr>
          <w:p>
            <w:pPr>
              <w:keepNext/>
            </w:pPr>
          </w:p>
        </w:tc>
      </w:tr>
      <w:tr>
        <w:trPr>
          <w:cantSplit/>
        </w:trPr>
        <w:tc>
          <w:tcPr>
            <w:tcW w:type="dxa" w:w="1361"/>
            <w:vAlign w:val="center"/>
          </w:tcPr>
          <w:p>
            <w:pPr>
              <w:spacing w:before="20" w:after="20"/>
            </w:pPr>
            <w:r>
              <w:rPr>
                <w:rFonts w:ascii="Cambria" w:hAnsi="Cambria"/>
                <w:sz w:val="15"/>
              </w:rPr>
              <w:t>Datum od – do:</w:t>
            </w:r>
          </w:p>
        </w:tc>
        <w:tc>
          <w:tcPr>
            <w:tcW w:type="dxa" w:w="2608"/>
            <w:vAlign w:val="center"/>
          </w:tcPr>
          <w:p/>
        </w:tc>
        <w:tc>
          <w:tcPr>
            <w:tcW w:type="dxa" w:w="1474"/>
            <w:vAlign w:val="center"/>
          </w:tcPr>
          <w:p>
            <w:pPr>
              <w:spacing w:before="20" w:after="20"/>
            </w:pPr>
            <w:r>
              <w:rPr>
                <w:rFonts w:ascii="Cambria" w:hAnsi="Cambria"/>
                <w:sz w:val="15"/>
              </w:rPr>
              <w:t>Dnevni čas od – do:</w:t>
            </w:r>
          </w:p>
        </w:tc>
        <w:tc>
          <w:tcPr>
            <w:tcW w:type="dxa" w:w="1020"/>
            <w:vAlign w:val="center"/>
          </w:tcPr>
          <w:p/>
        </w:tc>
        <w:tc>
          <w:tcPr>
            <w:tcW w:type="dxa" w:w="1247"/>
            <w:vAlign w:val="center"/>
          </w:tcPr>
          <w:p/>
        </w:tc>
        <w:tc>
          <w:tcPr>
            <w:tcW w:type="dxa" w:w="1701"/>
            <w:vAlign w:val="center"/>
          </w:tcPr>
          <w:p/>
        </w:tc>
      </w:tr>
    </w:tbl>
    <w:p>
      <w:pPr>
        <w:spacing w:after="40"/>
      </w:pPr>
    </w:p>
    <w:p>
      <w:pPr>
        <w:spacing w:after="80"/>
      </w:pPr>
    </w:p>
    <w:p>
      <w:pPr>
        <w:keepNext/>
        <w:spacing w:after="0" w:before="0"/>
      </w:pPr>
      <w:r>
        <w:rPr>
          <w:sz w:val="6"/>
        </w:rPr>
      </w:r>
    </w:p>
    <w:tbl>
      <w:tblPr>
        <w:tblStyle w:val="TableGrid"/>
        <w:tblW w:type="auto" w:w="0"/>
        <w:jc w:val="center"/>
        <w:tblLook w:firstColumn="1" w:firstRow="1" w:lastColumn="0" w:lastRow="0" w:noHBand="0" w:noVBand="1" w:val="04A0"/>
      </w:tblPr>
      <w:tblGrid>
        <w:gridCol w:w="9412"/>
      </w:tblGrid>
      <w:tr>
        <w:trPr>
          <w:cantSplit/>
        </w:trPr>
        <w:tc>
          <w:tcPr>
            <w:tcW w:type="dxa" w:w="9412"/>
            <w:shd w:val="clear" w:fill="D9D9D9"/>
            <w:vAlign w:val="center"/>
          </w:tcPr>
          <w:p>
            <w:pPr>
              <w:keepNext/>
              <w:spacing w:after="40" w:before="40"/>
            </w:pPr>
            <w:r>
              <w:rPr>
                <w:rFonts w:ascii="Cambria" w:hAnsi="Cambria"/>
                <w:b/>
                <w:sz w:val="20"/>
              </w:rPr>
              <w:t>4. OZNAČITEV IN ZAVAROVANJE</w:t>
            </w:r>
          </w:p>
        </w:tc>
      </w:tr>
    </w:tbl>
    <w:tbl>
      <w:tblPr>
        <w:tblStyle w:val="TableGrid"/>
        <w:tblW w:type="auto" w:w="0"/>
        <w:tblLayout w:type="fixed"/>
        <w:tblLook w:firstColumn="1" w:firstRow="1" w:lastColumn="0" w:lastRow="0" w:noHBand="0" w:noVBand="1" w:val="04A0"/>
      </w:tblPr>
      <w:tblGrid>
        <w:gridCol w:w="3402"/>
        <w:gridCol w:w="6010"/>
      </w:tblGrid>
      <w:tr>
        <w:trPr>
          <w:cantSplit/>
        </w:trPr>
        <w:tc>
          <w:tcPr>
            <w:tcW w:type="dxa" w:w="3402"/>
            <w:vAlign w:val="center"/>
          </w:tcPr>
          <w:p>
            <w:pPr>
              <w:spacing w:after="40" w:before="40"/>
            </w:pPr>
            <w:r>
              <w:rPr>
                <w:rFonts w:ascii="Cambria" w:hAnsi="Cambria"/>
                <w:i w:val="0"/>
                <w:sz w:val="19"/>
              </w:rPr>
              <w:t>Besedilo oznake na vozilih:</w:t>
            </w:r>
          </w:p>
        </w:tc>
        <w:tc>
          <w:tcPr>
            <w:tcW w:type="dxa" w:w="6009"/>
            <w:vAlign w:val="center"/>
          </w:tcPr>
          <w:p>
            <w:pPr>
              <w:spacing w:after="40" w:before="40"/>
            </w:pPr>
            <w:r>
              <w:rPr>
                <w:rFonts w:ascii="Cambria" w:hAnsi="Cambria"/>
                <w:i/>
                <w:color w:val="808080"/>
                <w:sz w:val="19"/>
              </w:rPr>
              <w:t>npr. naziv organizatorja</w:t>
            </w:r>
          </w:p>
        </w:tc>
      </w:tr>
    </w:tbl>
    <w:p>
      <w:pPr>
        <w:spacing w:after="100"/>
      </w:pPr>
    </w:p>
    <w:p>
      <w:pPr>
        <w:keepNext/>
        <w:spacing w:after="60" w:before="0"/>
      </w:pPr>
      <w:r>
        <w:rPr>
          <w:rFonts w:ascii="Cambria" w:hAnsi="Cambria"/>
          <w:b/>
          <w:i w:val="0"/>
          <w:sz w:val="17"/>
        </w:rPr>
        <w:t>S podpisom te vloge se zavezujem, da bom:</w:t>
      </w:r>
    </w:p>
    <w:p>
      <w:pPr>
        <w:spacing w:after="40"/>
        <w:ind w:left="312"/>
      </w:pPr>
      <w:r>
        <w:rPr>
          <w:rFonts w:ascii="Cambria" w:hAnsi="Cambria"/>
          <w:sz w:val="17"/>
        </w:rPr>
        <w:t>•  sam poskrbel za pravočasno zaporo parkirnih mest in za postavitev ustrezne signalizacije,</w:t>
      </w:r>
    </w:p>
    <w:p>
      <w:pPr>
        <w:spacing w:after="40"/>
        <w:ind w:left="312"/>
      </w:pPr>
      <w:r>
        <w:rPr>
          <w:rFonts w:ascii="Cambria" w:hAnsi="Cambria"/>
          <w:sz w:val="17"/>
        </w:rPr>
        <w:t>•  sam poskrbel za varnost parkiranih vozil v času uporabe parkirnih mest,</w:t>
      </w:r>
    </w:p>
    <w:p>
      <w:pPr>
        <w:spacing w:after="40"/>
        <w:ind w:left="312"/>
      </w:pPr>
      <w:r>
        <w:rPr>
          <w:rFonts w:ascii="Cambria" w:hAnsi="Cambria"/>
          <w:sz w:val="17"/>
        </w:rPr>
        <w:t>•  poskrbel, da bodo vsa vozila imela nameščeno zgoraj navedeno oznako,</w:t>
      </w:r>
    </w:p>
    <w:p>
      <w:pPr>
        <w:spacing w:after="40"/>
        <w:ind w:left="312"/>
      </w:pPr>
      <w:r>
        <w:rPr>
          <w:rFonts w:ascii="Cambria" w:hAnsi="Cambria"/>
          <w:sz w:val="17"/>
        </w:rPr>
        <w:t>•  po koncu uporabe parkirišče vrnil v prvotno stanje in odstranil signalizacijo.</w:t>
      </w:r>
    </w:p>
    <w:p>
      <w:pPr>
        <w:spacing w:after="80"/>
      </w:pPr>
    </w:p>
    <w:p>
      <w:pPr>
        <w:keepNext/>
        <w:spacing w:after="0" w:before="0"/>
      </w:pPr>
      <w:r>
        <w:rPr>
          <w:sz w:val="6"/>
        </w:rPr>
      </w:r>
    </w:p>
    <w:tbl>
      <w:tblPr>
        <w:tblStyle w:val="TableGrid"/>
        <w:tblW w:type="auto" w:w="0"/>
        <w:jc w:val="center"/>
        <w:tblLook w:firstColumn="1" w:firstRow="1" w:lastColumn="0" w:lastRow="0" w:noHBand="0" w:noVBand="1" w:val="04A0"/>
      </w:tblPr>
      <w:tblGrid>
        <w:gridCol w:w="9412"/>
      </w:tblGrid>
      <w:tr>
        <w:trPr>
          <w:cantSplit/>
        </w:trPr>
        <w:tc>
          <w:tcPr>
            <w:tcW w:type="dxa" w:w="9412"/>
            <w:shd w:val="clear" w:fill="D9D9D9"/>
            <w:vAlign w:val="center"/>
          </w:tcPr>
          <w:p>
            <w:pPr>
              <w:keepNext/>
              <w:spacing w:after="40" w:before="40"/>
            </w:pPr>
            <w:r>
              <w:rPr>
                <w:rFonts w:ascii="Cambria" w:hAnsi="Cambria"/>
                <w:b/>
                <w:sz w:val="20"/>
              </w:rPr>
              <w:t>5. PARKIRNINA IN RAČUN</w:t>
            </w:r>
          </w:p>
        </w:tc>
      </w:tr>
    </w:tbl>
    <w:p>
      <w:pPr>
        <w:spacing w:after="40" w:before="0"/>
        <w:jc w:val="both"/>
      </w:pPr>
      <w:r>
        <w:rPr>
          <w:rFonts w:ascii="Cambria" w:hAnsi="Cambria"/>
          <w:b w:val="0"/>
          <w:i w:val="0"/>
          <w:sz w:val="18"/>
        </w:rPr>
        <w:t>Uporaba javnih parkirnih površin je plačljiva. Za vsako uporabo se odmeri pavšalni znesek parkirnine na posamezno parkirno mesto na dan.</w:t>
      </w:r>
    </w:p>
    <w:p>
      <w:pPr>
        <w:spacing w:after="60" w:before="0"/>
        <w:jc w:val="both"/>
      </w:pPr>
      <w:r>
        <w:rPr>
          <w:rFonts w:ascii="Cambria" w:hAnsi="Cambria"/>
          <w:b/>
          <w:i w:val="0"/>
          <w:sz w:val="18"/>
        </w:rPr>
        <w:t>Brezplačna uporaba parkirnih mest ni mogoča, ker je od uporabe treba obračunati DDV.</w:t>
      </w:r>
    </w:p>
    <w:p>
      <w:pPr>
        <w:keepNext/>
        <w:spacing w:after="60" w:before="0"/>
        <w:jc w:val="both"/>
      </w:pPr>
      <w:r>
        <w:rPr>
          <w:rFonts w:ascii="Cambria" w:hAnsi="Cambria"/>
          <w:b w:val="0"/>
          <w:i w:val="0"/>
          <w:sz w:val="18"/>
        </w:rPr>
        <w:t>Višino pavšalnega zneska za posamezni primer določi župan s sklepom, in sicer v okviru najvišjih zneskov, ki jih določa 1. točka 45. člena Odloka o urejanju cestnega prometa v Občini Bled:</w:t>
      </w:r>
    </w:p>
    <w:tbl>
      <w:tblPr>
        <w:tblStyle w:val="TableGrid"/>
        <w:tblW w:type="auto" w:w="0"/>
        <w:tblLayout w:type="fixed"/>
        <w:tblLook w:firstColumn="1" w:firstRow="1" w:lastColumn="0" w:lastRow="0" w:noHBand="0" w:noVBand="1" w:val="04A0"/>
      </w:tblPr>
      <w:tblGrid>
        <w:gridCol w:w="7371"/>
        <w:gridCol w:w="2041"/>
      </w:tblGrid>
      <w:tr>
        <w:trPr>
          <w:cantSplit/>
        </w:trPr>
        <w:tc>
          <w:tcPr>
            <w:tcW w:type="dxa" w:w="7370"/>
            <w:vAlign w:val="center"/>
          </w:tcPr>
          <w:p>
            <w:pPr>
              <w:spacing w:before="40" w:after="40"/>
            </w:pPr>
            <w:r>
              <w:rPr>
                <w:rFonts w:ascii="Cambria" w:hAnsi="Cambria"/>
                <w:b w:val="0"/>
                <w:sz w:val="18"/>
              </w:rPr>
              <w:t>najvišji pavšalni znesek – 1. območje</w:t>
            </w:r>
          </w:p>
        </w:tc>
        <w:tc>
          <w:tcPr>
            <w:tcW w:type="dxa" w:w="2041"/>
            <w:vAlign w:val="center"/>
          </w:tcPr>
          <w:p>
            <w:pPr>
              <w:spacing w:before="40" w:after="40"/>
              <w:jc w:val="right"/>
            </w:pPr>
            <w:r>
              <w:rPr>
                <w:rFonts w:ascii="Cambria" w:hAnsi="Cambria"/>
                <w:b/>
                <w:sz w:val="18"/>
              </w:rPr>
              <w:t>do 20,00 €</w:t>
            </w:r>
          </w:p>
        </w:tc>
      </w:tr>
      <w:tr>
        <w:trPr>
          <w:cantSplit/>
        </w:trPr>
        <w:tc>
          <w:tcPr>
            <w:tcW w:type="dxa" w:w="7370"/>
            <w:vAlign w:val="center"/>
          </w:tcPr>
          <w:p>
            <w:pPr>
              <w:spacing w:before="40" w:after="40"/>
            </w:pPr>
            <w:r>
              <w:rPr>
                <w:rFonts w:ascii="Cambria" w:hAnsi="Cambria"/>
                <w:b w:val="0"/>
                <w:sz w:val="18"/>
              </w:rPr>
              <w:t>najvišji pavšalni znesek – 2. območje</w:t>
            </w:r>
          </w:p>
        </w:tc>
        <w:tc>
          <w:tcPr>
            <w:tcW w:type="dxa" w:w="2041"/>
            <w:vAlign w:val="center"/>
          </w:tcPr>
          <w:p>
            <w:pPr>
              <w:spacing w:before="40" w:after="40"/>
              <w:jc w:val="right"/>
            </w:pPr>
            <w:r>
              <w:rPr>
                <w:rFonts w:ascii="Cambria" w:hAnsi="Cambria"/>
                <w:b/>
                <w:sz w:val="18"/>
              </w:rPr>
              <w:t>do 10,00 €</w:t>
            </w:r>
          </w:p>
        </w:tc>
      </w:tr>
    </w:tbl>
    <w:p>
      <w:pPr>
        <w:spacing w:after="60"/>
      </w:pPr>
    </w:p>
    <w:p>
      <w:pPr>
        <w:spacing w:after="80" w:before="0"/>
        <w:jc w:val="both"/>
      </w:pPr>
      <w:r>
        <w:rPr>
          <w:rFonts w:ascii="Cambria" w:hAnsi="Cambria"/>
          <w:b w:val="0"/>
          <w:i/>
          <w:sz w:val="17"/>
        </w:rPr>
        <w:t>Zneska sta z DDV in veljata na parkirno mesto na dan. Dejanska cena je odvisna od parkirišča in namena uporabe ter je znana šele iz sklepa župana; s to vlogo je torej ne morete določiti vnaprej.</w:t>
      </w:r>
    </w:p>
    <w:p>
      <w:pPr>
        <w:spacing w:after="100" w:before="0"/>
        <w:jc w:val="both"/>
      </w:pPr>
      <w:r>
        <w:rPr>
          <w:rFonts w:ascii="Cambria" w:hAnsi="Cambria"/>
          <w:b w:val="0"/>
          <w:i w:val="0"/>
          <w:sz w:val="18"/>
        </w:rPr>
        <w:t>Skupni znesek se izračuna kot: pavšalni znesek na parkirno mesto na dan × število parkirnih mest × število dni. Občina izda odločbo o dovoljenju za uporabo parkirnih mest in za odmerjeni znesek izstavi račun.</w:t>
      </w:r>
    </w:p>
    <w:tbl>
      <w:tblPr>
        <w:tblStyle w:val="TableGrid"/>
        <w:tblW w:type="auto" w:w="0"/>
        <w:tblLayout w:type="fixed"/>
        <w:tblLook w:firstColumn="1" w:firstRow="1" w:lastColumn="0" w:lastRow="0" w:noHBand="0" w:noVBand="1" w:val="04A0"/>
      </w:tblPr>
      <w:tblGrid>
        <w:gridCol w:w="3515"/>
        <w:gridCol w:w="5896"/>
      </w:tblGrid>
      <w:tr>
        <w:trPr>
          <w:trHeight w:hRule="atLeast" w:val="595"/>
          <w:cantSplit/>
        </w:trPr>
        <w:tc>
          <w:tcPr>
            <w:tcW w:type="dxa" w:w="3515"/>
            <w:vAlign w:val="center"/>
          </w:tcPr>
          <w:p>
            <w:pPr>
              <w:spacing w:after="40" w:before="40"/>
            </w:pPr>
            <w:r>
              <w:rPr>
                <w:rFonts w:ascii="Cambria" w:hAnsi="Cambria"/>
                <w:i w:val="0"/>
                <w:sz w:val="19"/>
              </w:rPr>
              <w:t>Naslov za račun:</w:t>
            </w:r>
          </w:p>
        </w:tc>
        <w:tc>
          <w:tcPr>
            <w:tcW w:type="dxa" w:w="5896"/>
            <w:vAlign w:val="center"/>
          </w:tcPr>
          <w:p>
            <w:pPr>
              <w:spacing w:after="40" w:before="40"/>
            </w:pPr>
            <w:r>
              <w:rPr>
                <w:rFonts w:ascii="Cambria" w:hAnsi="Cambria"/>
                <w:i/>
                <w:color w:val="808080"/>
                <w:sz w:val="19"/>
              </w:rPr>
              <w:t>če je drugačen od sedeža</w:t>
            </w:r>
          </w:p>
        </w:tc>
      </w:tr>
      <w:tr>
        <w:trPr>
          <w:cantSplit/>
        </w:trPr>
        <w:tc>
          <w:tcPr>
            <w:tcW w:type="dxa" w:w="3515"/>
            <w:vAlign w:val="center"/>
          </w:tcPr>
          <w:p>
            <w:pPr>
              <w:spacing w:after="40" w:before="40"/>
            </w:pPr>
            <w:r>
              <w:rPr>
                <w:rFonts w:ascii="Cambria" w:hAnsi="Cambria"/>
                <w:i w:val="0"/>
                <w:sz w:val="19"/>
              </w:rPr>
              <w:t>E-pošta za prejem računa:</w:t>
            </w:r>
          </w:p>
        </w:tc>
        <w:tc>
          <w:tcPr>
            <w:tcW w:type="dxa" w:w="5896"/>
            <w:vAlign w:val="center"/>
          </w:tcPr>
          <w:p>
            <w:pPr>
              <w:spacing w:after="40" w:before="40"/>
            </w:pPr>
            <w:r>
              <w:rPr>
                <w:rFonts w:ascii="Cambria" w:hAnsi="Cambria"/>
                <w:i/>
                <w:color w:val="808080"/>
                <w:sz w:val="19"/>
              </w:rPr>
            </w:r>
          </w:p>
        </w:tc>
      </w:tr>
    </w:tbl>
    <w:p>
      <w:pPr>
        <w:spacing w:after="100"/>
      </w:pPr>
    </w:p>
    <w:p>
      <w:pPr>
        <w:keepNext/>
        <w:spacing w:after="0" w:before="0"/>
      </w:pPr>
      <w:r>
        <w:rPr>
          <w:sz w:val="6"/>
        </w:rPr>
      </w:r>
    </w:p>
    <w:tbl>
      <w:tblPr>
        <w:tblStyle w:val="TableGrid"/>
        <w:tblW w:type="auto" w:w="0"/>
        <w:jc w:val="center"/>
        <w:tblLook w:firstColumn="1" w:firstRow="1" w:lastColumn="0" w:lastRow="0" w:noHBand="0" w:noVBand="1" w:val="04A0"/>
      </w:tblPr>
      <w:tblGrid>
        <w:gridCol w:w="9412"/>
      </w:tblGrid>
      <w:tr>
        <w:trPr>
          <w:cantSplit/>
        </w:trPr>
        <w:tc>
          <w:tcPr>
            <w:tcW w:type="dxa" w:w="9412"/>
            <w:shd w:val="clear" w:fill="D9D9D9"/>
            <w:vAlign w:val="center"/>
          </w:tcPr>
          <w:p>
            <w:pPr>
              <w:keepNext/>
              <w:spacing w:after="40" w:before="40"/>
            </w:pPr>
            <w:r>
              <w:rPr>
                <w:rFonts w:ascii="Cambria" w:hAnsi="Cambria"/>
                <w:b/>
                <w:sz w:val="20"/>
              </w:rPr>
              <w:t>6. DODATNE INFORMACIJE OZ. OPOMBE VLAGATELJA</w:t>
            </w:r>
          </w:p>
        </w:tc>
      </w:tr>
    </w:tbl>
    <w:p>
      <w:pPr>
        <w:keepNext/>
        <w:spacing w:after="60" w:before="0"/>
        <w:jc w:val="both"/>
      </w:pPr>
      <w:r>
        <w:rPr>
          <w:rFonts w:ascii="Cambria" w:hAnsi="Cambria"/>
          <w:b w:val="0"/>
          <w:i/>
          <w:sz w:val="16"/>
        </w:rPr>
        <w:t>Neobvezno. Vpišite vse, kar bi občina pri odločanju morala vedeti in ni zajeto v zgornjih rubrikah – npr. potrebo po dostopu za intervencijo in dostavo, postavitev šotora ali odra na parkirišču, priklop na elektriko, ureditev za invalide ali avtodome.</w:t>
      </w:r>
    </w:p>
    <w:tbl>
      <w:tblPr>
        <w:tblStyle w:val="TableGrid"/>
        <w:tblW w:type="auto" w:w="0"/>
        <w:tblLayout w:type="fixed"/>
        <w:tblLook w:firstColumn="1" w:firstRow="1" w:lastColumn="0" w:lastRow="0" w:noHBand="0" w:noVBand="1" w:val="04A0"/>
      </w:tblPr>
      <w:tblGrid>
        <w:gridCol w:w="9412"/>
      </w:tblGrid>
      <w:tr>
        <w:trPr>
          <w:trHeight w:hRule="atLeast" w:val="2268"/>
          <w:cantSplit/>
        </w:trPr>
        <w:tc>
          <w:tcPr>
            <w:tcW w:type="dxa" w:w="9411"/>
          </w:tcPr>
          <w:p>
            <w:pPr>
              <w:spacing w:before="40" w:after="40"/>
            </w:pPr>
            <w:r>
              <w:rPr>
                <w:rFonts w:ascii="Cambria" w:hAnsi="Cambria"/>
                <w:sz w:val="19"/>
              </w:rPr>
            </w:r>
          </w:p>
        </w:tc>
      </w:tr>
    </w:tbl>
    <w:p>
      <w:pPr>
        <w:spacing w:after="100"/>
      </w:pPr>
    </w:p>
    <w:p>
      <w:pPr>
        <w:keepNext/>
        <w:spacing w:after="0" w:before="0"/>
      </w:pPr>
      <w:r>
        <w:rPr>
          <w:sz w:val="6"/>
        </w:rPr>
      </w:r>
    </w:p>
    <w:tbl>
      <w:tblPr>
        <w:tblStyle w:val="TableGrid"/>
        <w:tblW w:type="auto" w:w="0"/>
        <w:jc w:val="center"/>
        <w:tblLook w:firstColumn="1" w:firstRow="1" w:lastColumn="0" w:lastRow="0" w:noHBand="0" w:noVBand="1" w:val="04A0"/>
      </w:tblPr>
      <w:tblGrid>
        <w:gridCol w:w="9412"/>
      </w:tblGrid>
      <w:tr>
        <w:trPr>
          <w:cantSplit/>
        </w:trPr>
        <w:tc>
          <w:tcPr>
            <w:tcW w:type="dxa" w:w="9412"/>
            <w:shd w:val="clear" w:fill="D9D9D9"/>
            <w:vAlign w:val="center"/>
          </w:tcPr>
          <w:p>
            <w:pPr>
              <w:keepNext/>
              <w:spacing w:after="40" w:before="40"/>
            </w:pPr>
            <w:r>
              <w:rPr>
                <w:rFonts w:ascii="Cambria" w:hAnsi="Cambria"/>
                <w:b/>
                <w:sz w:val="20"/>
              </w:rPr>
              <w:t>7. INFORMACIJA O OBDELAVI OSEBNIH PODATKOV</w:t>
            </w:r>
          </w:p>
        </w:tc>
      </w:tr>
    </w:tbl>
    <w:p>
      <w:pPr>
        <w:spacing w:after="40" w:before="0"/>
        <w:jc w:val="both"/>
      </w:pPr>
      <w:r>
        <w:rPr>
          <w:rFonts w:ascii="Cambria" w:hAnsi="Cambria"/>
          <w:b w:val="0"/>
          <w:i w:val="0"/>
          <w:sz w:val="15"/>
        </w:rPr>
        <w:t>Občina bo osebne podatke obdelovala za namen obravnave vloge, izdaje dovoljenja za uporabo parkirnih mest in odmere parkirnine po 45. členu Odloka o urejanju cestnega prometa v Občini Bled ter za izdajo računa.</w:t>
      </w:r>
    </w:p>
    <w:p>
      <w:pPr>
        <w:spacing w:after="40" w:before="0"/>
        <w:jc w:val="both"/>
      </w:pPr>
      <w:r>
        <w:rPr>
          <w:rFonts w:ascii="Cambria" w:hAnsi="Cambria"/>
          <w:b w:val="0"/>
          <w:i w:val="0"/>
          <w:sz w:val="15"/>
        </w:rPr>
        <w:t>Občina bo osebne podatke hranila in varovala skladno z roki, določenimi v klasifikacijskem načrtu občine, in na primeren način, tako da ne bo prišlo do morebitnih neupravičenih razkritij podatkov nepooblaščenim osebam. Občina bo omogočila obdelavo oziroma posredovanje osebnih podatkov izključno naslednjim pooblaščenim uporabnikom: pooblaščenim zaposlenim občine, pooblaščenim osebam, ki obdelujejo osebne podatke pri pogodbenem obdelovalcu občine, ter osebam, ki izkažejo pooblastilo za dostop do osebnih podatkov v okviru zakona oziroma podzakonskih predpisov. Občina ne uporablja avtomatiziranega sprejemanja odločitev, vključno z oblikovanjem profilov. Če potrebni osebni podatki ne bodo zagotovljeni, obravnava vloge ne bo mogoča.</w:t>
      </w:r>
    </w:p>
    <w:p>
      <w:pPr>
        <w:spacing w:after="40" w:before="0"/>
        <w:jc w:val="both"/>
      </w:pPr>
      <w:r>
        <w:rPr>
          <w:rFonts w:ascii="Cambria" w:hAnsi="Cambria"/>
          <w:b w:val="0"/>
          <w:i w:val="0"/>
          <w:sz w:val="15"/>
        </w:rPr>
        <w:t>Seznanjen/a sem, da imam glede osebnih podatkov, ki se nanašajo name, pravico do seznanitve, dopolnitve, popravka, omejitve obdelave, izbrisa, prenosljivosti in ugovora, vključno s pravico do pritožbe pri Informacijskem pooblaščencu in sodnim varstvom pravic.</w:t>
      </w:r>
    </w:p>
    <w:p>
      <w:pPr>
        <w:spacing w:after="40" w:before="0"/>
        <w:jc w:val="both"/>
      </w:pPr>
      <w:r>
        <w:rPr>
          <w:rFonts w:ascii="Cambria" w:hAnsi="Cambria"/>
          <w:b w:val="0"/>
          <w:i w:val="0"/>
          <w:sz w:val="15"/>
        </w:rPr>
        <w:t>Podrobnejše informacije o tem, kako občina ravna z osebnimi podatki, so na voljo preko kontaktnih podatkov pooblaščene osebe za varstvo osebnih podatkov: e-pošta obcina@bled.si ali dpo@virtuo.si.</w:t>
      </w:r>
    </w:p>
    <w:tbl>
      <w:tblPr>
        <w:tblW w:type="auto" w:w="0"/>
        <w:tblLayout w:type="fixed"/>
        <w:tblLook w:firstColumn="1" w:firstRow="1" w:lastColumn="0" w:lastRow="0" w:noHBand="0" w:noVBand="1" w:val="04A0"/>
      </w:tblPr>
      <w:tblGrid>
        <w:gridCol w:w="4706"/>
        <w:gridCol w:w="4706"/>
      </w:tblGrid>
      <w:tr>
        <w:trPr>
          <w:cantSplit/>
        </w:trPr>
        <w:tc>
          <w:tcPr>
            <w:tcW w:type="dxa" w:w="4706"/>
          </w:tcPr>
          <w:p>
            <w:pPr>
              <w:spacing w:before="0" w:after="80"/>
            </w:pPr>
            <w:r>
              <w:rPr>
                <w:rFonts w:ascii="Cambria" w:hAnsi="Cambria"/>
                <w:sz w:val="18"/>
              </w:rPr>
              <w:t>Kraj in datum:</w:t>
            </w:r>
          </w:p>
          <w:p>
            <w:pPr>
              <w:spacing w:before="0" w:after="0"/>
              <w:ind w:right="680"/>
              <w:pBdr>
                <w:bottom w:val="single" w:sz="6" w:space="1" w:color="000000"/>
              </w:pBdr>
            </w:pPr>
            <w:r>
              <w:rPr>
                <w:rFonts w:ascii="Cambria" w:hAnsi="Cambria"/>
                <w:sz w:val="12"/>
              </w:rPr>
            </w:r>
          </w:p>
        </w:tc>
        <w:tc>
          <w:tcPr>
            <w:tcW w:type="dxa" w:w="4706"/>
          </w:tcPr>
          <w:p>
            <w:pPr>
              <w:spacing w:before="0" w:after="80"/>
            </w:pPr>
            <w:r>
              <w:rPr>
                <w:rFonts w:ascii="Cambria" w:hAnsi="Cambria"/>
                <w:sz w:val="18"/>
              </w:rPr>
              <w:t>Lastnoročni podpis vlagatelja:</w:t>
            </w:r>
          </w:p>
          <w:p>
            <w:pPr>
              <w:spacing w:before="0" w:after="0"/>
              <w:ind w:right="680"/>
              <w:pBdr>
                <w:bottom w:val="single" w:sz="6" w:space="1" w:color="000000"/>
              </w:pBdr>
            </w:pPr>
            <w:r>
              <w:rPr>
                <w:rFonts w:ascii="Cambria" w:hAnsi="Cambria"/>
                <w:sz w:val="12"/>
              </w:rPr>
            </w:r>
          </w:p>
        </w:tc>
      </w:tr>
    </w:tbl>
    <w:p>
      <w:pPr>
        <w:spacing w:after="80" w:before="160"/>
        <w:jc w:val="both"/>
      </w:pPr>
      <w:r>
        <w:rPr>
          <w:rFonts w:ascii="Cambria" w:hAnsi="Cambria"/>
          <w:b w:val="0"/>
          <w:i/>
          <w:sz w:val="15"/>
        </w:rPr>
        <w:t>Vlogo lahko podpišete lastnoročno ali elektronsko – v PDF obrazcu te vloge je na desni strani polje za elektronski podpis s kvalificiranim digitalnim potrdilom, na dnu pa gumb »Pošlji vlogo po e-pošti«, ki odpre vaš poštni program (npr. Outlook) z vlogo v prilogi. Izpolnjeno vlogo lahko pošljete tudi ročno na obcina@bled.si.</w:t>
      </w:r>
    </w:p>
    <w:sectPr w:rsidR="00FC693F" w:rsidRPr="0006063C" w:rsidSect="00034616">
      <w:footerReference w:type="default" r:id="rId10"/>
      <w:pgSz w:w="11906" w:h="16838"/>
      <w:pgMar w:top="964" w:right="1247" w:bottom="709" w:left="1247" w:header="720" w:footer="31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pPr>
    <w:r/>
    <w:r>
      <w:rPr>
        <w:rFonts w:ascii="Cambria" w:hAnsi="Cambria"/>
        <w:color w:val="606060"/>
        <w:sz w:val="15"/>
      </w:rPr>
      <w:t>Obrazec Občine Bled – vloga za izdajo dovoljenja za uporabo parkirnih mest · verzija 2026-1</w:t>
    </w:r>
    <w:r>
      <w:tab/>
    </w:r>
    <w:r>
      <w:rPr>
        <w:rFonts w:ascii="Cambria" w:hAnsi="Cambria"/>
        <w:color w:val="606060"/>
        <w:sz w:val="15"/>
      </w:rPr>
      <w:t xml:space="preserve">Stran </w:t>
    </w:r>
    <w:r>
      <w:rPr>
        <w:rFonts w:ascii="Cambria" w:hAnsi="Cambria"/>
        <w:color w:val="606060"/>
        <w:sz w:val="15"/>
      </w:rPr>
      <w:fldChar w:fldCharType="begin"/>
      <w:instrText xml:space="preserve"> PAGE </w:instrText>
      <w:fldChar w:fldCharType="end"/>
    </w:r>
    <w:r>
      <w:rPr>
        <w:rFonts w:ascii="Cambria" w:hAnsi="Cambria"/>
        <w:color w:val="606060"/>
        <w:sz w:val="15"/>
      </w:rPr>
      <w:t xml:space="preserve"> od </w:t>
    </w:r>
    <w:r>
      <w:rPr>
        <w:rFonts w:ascii="Cambria" w:hAnsi="Cambria"/>
        <w:color w:val="606060"/>
        <w:sz w:val="15"/>
      </w:rPr>
      <w:fldChar w:fldCharType="begin"/>
      <w:instrText xml:space="preserve"> NUMPAGES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mbria" w:hAnsi="Cambria" w:eastAsia="Cambria"/>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Cambria" w:hAnsi="Cambria" w:eastAsia="Cambria"/>
      <w:color w:val="606060"/>
      <w:sz w:val="15"/>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Vloga za izdajo dovoljenja za uporabo parkirnih mest</dc:title>
  <dc:subject/>
  <dc:creator>Občina Bled</dc:creator>
  <cp:keywords>Občina Bled; parkirna mesta; parkirnina; dovoljenje; obrazec</cp:keywords>
  <dc:description>Uradni obrazec Občine Bled, Cesta svobode 13, 4260 Bled. Dovoljenje za zaporo občinske ceste po 113. členu ZCes-2.</dc:description>
  <cp:lastModifiedBy>Občina Bled</cp:lastModifiedBy>
  <cp:revision>1</cp:revision>
  <dcterms:created xsi:type="dcterms:W3CDTF">2013-12-23T23:15:00Z</dcterms:created>
  <dcterms:modified xsi:type="dcterms:W3CDTF">2013-12-23T23:15:00Z</dcterms:modified>
  <cp:category>Obrazec</cp:category>
</cp:coreProperties>
</file>